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4A9671" w14:textId="77777777" w:rsidR="002744A4" w:rsidRPr="009C30C4" w:rsidRDefault="00FB17E4">
      <w:pPr>
        <w:spacing w:before="60" w:after="40"/>
        <w:jc w:val="center"/>
        <w:rPr>
          <w:rFonts w:ascii="Century Gothic" w:hAnsi="Century Gothic"/>
        </w:rPr>
      </w:pPr>
      <w:r w:rsidRPr="009C30C4">
        <w:rPr>
          <w:rFonts w:ascii="Century Gothic" w:eastAsia="Calibri" w:hAnsi="Century Gothic"/>
          <w:b/>
          <w:color w:val="B45309"/>
          <w:sz w:val="30"/>
        </w:rPr>
        <w:t>MODULO PER LA PRESENTAZIONE DELLA DOMANDA DI SUPPLENZA</w:t>
      </w:r>
    </w:p>
    <w:p w14:paraId="3B7A246C" w14:textId="77777777" w:rsidR="002744A4" w:rsidRPr="009C30C4" w:rsidRDefault="00FB17E4">
      <w:pPr>
        <w:spacing w:after="40"/>
        <w:jc w:val="center"/>
        <w:rPr>
          <w:rFonts w:ascii="Century Gothic" w:hAnsi="Century Gothic"/>
        </w:rPr>
      </w:pPr>
      <w:r w:rsidRPr="009C30C4">
        <w:rPr>
          <w:rFonts w:ascii="Century Gothic" w:eastAsia="Calibri" w:hAnsi="Century Gothic"/>
          <w:b/>
          <w:color w:val="E36C0A"/>
          <w:sz w:val="22"/>
        </w:rPr>
        <w:t>DA CONFERIRSI FUORI GRADUATORIA DI ISTITUTO</w:t>
      </w:r>
    </w:p>
    <w:p w14:paraId="57D425FD" w14:textId="5D2C99C1" w:rsidR="002744A4" w:rsidRPr="009C30C4" w:rsidRDefault="00FB17E4">
      <w:pPr>
        <w:pBdr>
          <w:bottom w:val="single" w:sz="14" w:space="4" w:color="B45309"/>
        </w:pBdr>
        <w:spacing w:after="140"/>
        <w:jc w:val="center"/>
        <w:rPr>
          <w:rFonts w:ascii="Century Gothic" w:hAnsi="Century Gothic"/>
        </w:rPr>
      </w:pPr>
      <w:proofErr w:type="spellStart"/>
      <w:r w:rsidRPr="009C30C4">
        <w:rPr>
          <w:rFonts w:ascii="Century Gothic" w:eastAsia="Calibri" w:hAnsi="Century Gothic"/>
          <w:color w:val="6B7280"/>
          <w:sz w:val="18"/>
        </w:rPr>
        <w:t>Scuola</w:t>
      </w:r>
      <w:proofErr w:type="spellEnd"/>
      <w:r w:rsidRPr="009C30C4">
        <w:rPr>
          <w:rFonts w:ascii="Century Gothic" w:eastAsia="Calibri" w:hAnsi="Century Gothic"/>
          <w:color w:val="6B7280"/>
          <w:sz w:val="18"/>
        </w:rPr>
        <w:t xml:space="preserve">, </w:t>
      </w:r>
      <w:proofErr w:type="spellStart"/>
      <w:r w:rsidRPr="009C30C4">
        <w:rPr>
          <w:rFonts w:ascii="Century Gothic" w:eastAsia="Calibri" w:hAnsi="Century Gothic"/>
          <w:color w:val="6B7280"/>
          <w:sz w:val="18"/>
        </w:rPr>
        <w:t>primaria</w:t>
      </w:r>
      <w:proofErr w:type="spellEnd"/>
      <w:r w:rsidRPr="009C30C4">
        <w:rPr>
          <w:rFonts w:ascii="Century Gothic" w:eastAsia="Calibri" w:hAnsi="Century Gothic"/>
          <w:color w:val="6B7280"/>
          <w:sz w:val="18"/>
        </w:rPr>
        <w:t xml:space="preserve"> e </w:t>
      </w:r>
      <w:proofErr w:type="spellStart"/>
      <w:r w:rsidRPr="009C30C4">
        <w:rPr>
          <w:rFonts w:ascii="Century Gothic" w:eastAsia="Calibri" w:hAnsi="Century Gothic"/>
          <w:color w:val="6B7280"/>
          <w:sz w:val="18"/>
        </w:rPr>
        <w:t>secondaria</w:t>
      </w:r>
      <w:proofErr w:type="spellEnd"/>
      <w:r w:rsidRPr="009C30C4">
        <w:rPr>
          <w:rFonts w:ascii="Century Gothic" w:eastAsia="Calibri" w:hAnsi="Century Gothic"/>
          <w:color w:val="6B7280"/>
          <w:sz w:val="18"/>
        </w:rPr>
        <w:t xml:space="preserve"> di I grado – posti comuni e di sostegno – a.s. 2026/2027</w:t>
      </w:r>
    </w:p>
    <w:p w14:paraId="00C24430" w14:textId="6C88F504" w:rsidR="002744A4" w:rsidRPr="009C30C4" w:rsidRDefault="00FB17E4">
      <w:pPr>
        <w:spacing w:after="0" w:line="240" w:lineRule="auto"/>
        <w:jc w:val="right"/>
        <w:rPr>
          <w:rFonts w:ascii="Century Gothic" w:hAnsi="Century Gothic"/>
        </w:rPr>
      </w:pPr>
      <w:r w:rsidRPr="009C30C4">
        <w:rPr>
          <w:rFonts w:ascii="Century Gothic" w:hAnsi="Century Gothic"/>
          <w:b/>
          <w:color w:val="303844"/>
          <w:sz w:val="18"/>
        </w:rPr>
        <w:t xml:space="preserve">Al </w:t>
      </w:r>
      <w:proofErr w:type="spellStart"/>
      <w:r w:rsidRPr="009C30C4">
        <w:rPr>
          <w:rFonts w:ascii="Century Gothic" w:hAnsi="Century Gothic"/>
          <w:b/>
          <w:color w:val="303844"/>
          <w:sz w:val="18"/>
        </w:rPr>
        <w:t>Dirigente</w:t>
      </w:r>
      <w:proofErr w:type="spellEnd"/>
      <w:r w:rsidRPr="009C30C4">
        <w:rPr>
          <w:rFonts w:ascii="Century Gothic" w:hAnsi="Century Gothic"/>
          <w:b/>
          <w:color w:val="303844"/>
          <w:sz w:val="18"/>
        </w:rPr>
        <w:t xml:space="preserve"> </w:t>
      </w:r>
      <w:proofErr w:type="spellStart"/>
      <w:r w:rsidRPr="009C30C4">
        <w:rPr>
          <w:rFonts w:ascii="Century Gothic" w:hAnsi="Century Gothic"/>
          <w:b/>
          <w:color w:val="303844"/>
          <w:sz w:val="18"/>
        </w:rPr>
        <w:t>Scolastic</w:t>
      </w:r>
      <w:r w:rsidR="009C30C4">
        <w:rPr>
          <w:rFonts w:ascii="Century Gothic" w:hAnsi="Century Gothic"/>
          <w:b/>
          <w:color w:val="303844"/>
          <w:sz w:val="18"/>
        </w:rPr>
        <w:t>o</w:t>
      </w:r>
      <w:proofErr w:type="spellEnd"/>
      <w:r w:rsidRPr="009C30C4">
        <w:rPr>
          <w:rFonts w:ascii="Century Gothic" w:hAnsi="Century Gothic"/>
          <w:b/>
          <w:color w:val="303844"/>
          <w:sz w:val="18"/>
        </w:rPr>
        <w:br/>
      </w:r>
      <w:proofErr w:type="spellStart"/>
      <w:r w:rsidRPr="009C30C4">
        <w:rPr>
          <w:rFonts w:ascii="Century Gothic" w:hAnsi="Century Gothic"/>
          <w:b/>
          <w:color w:val="303844"/>
          <w:sz w:val="18"/>
        </w:rPr>
        <w:t>Istituto</w:t>
      </w:r>
      <w:proofErr w:type="spellEnd"/>
      <w:r w:rsidRPr="009C30C4">
        <w:rPr>
          <w:rFonts w:ascii="Century Gothic" w:hAnsi="Century Gothic"/>
          <w:b/>
          <w:color w:val="303844"/>
          <w:sz w:val="18"/>
        </w:rPr>
        <w:t xml:space="preserve"> </w:t>
      </w:r>
      <w:proofErr w:type="spellStart"/>
      <w:r w:rsidRPr="009C30C4">
        <w:rPr>
          <w:rFonts w:ascii="Century Gothic" w:hAnsi="Century Gothic"/>
          <w:b/>
          <w:color w:val="303844"/>
          <w:sz w:val="18"/>
        </w:rPr>
        <w:t>Comprensivo</w:t>
      </w:r>
      <w:proofErr w:type="spellEnd"/>
      <w:r w:rsidRPr="009C30C4">
        <w:rPr>
          <w:rFonts w:ascii="Century Gothic" w:hAnsi="Century Gothic"/>
          <w:b/>
          <w:color w:val="303844"/>
          <w:sz w:val="18"/>
        </w:rPr>
        <w:t xml:space="preserve"> di Cadorago</w:t>
      </w:r>
    </w:p>
    <w:tbl>
      <w:tblPr>
        <w:tblW w:w="998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980"/>
      </w:tblGrid>
      <w:tr w:rsidR="002744A4" w:rsidRPr="009C30C4" w14:paraId="34D6D896" w14:textId="77777777">
        <w:trPr>
          <w:cantSplit/>
        </w:trPr>
        <w:tc>
          <w:tcPr>
            <w:tcW w:w="9980" w:type="dxa"/>
            <w:tcBorders>
              <w:top w:val="nil"/>
              <w:left w:val="single" w:sz="22" w:space="0" w:color="C25A0A"/>
              <w:bottom w:val="nil"/>
              <w:right w:val="nil"/>
            </w:tcBorders>
            <w:shd w:val="clear" w:color="auto" w:fill="FFF0D6"/>
            <w:tcMar>
              <w:top w:w="130" w:type="dxa"/>
              <w:left w:w="180" w:type="dxa"/>
              <w:bottom w:w="130" w:type="dxa"/>
              <w:right w:w="150" w:type="dxa"/>
            </w:tcMar>
            <w:vAlign w:val="center"/>
          </w:tcPr>
          <w:p w14:paraId="37BEA0C8" w14:textId="77777777" w:rsidR="002744A4" w:rsidRPr="009C30C4" w:rsidRDefault="00FB17E4">
            <w:pPr>
              <w:spacing w:after="20" w:line="240" w:lineRule="auto"/>
              <w:rPr>
                <w:rFonts w:ascii="Century Gothic" w:hAnsi="Century Gothic"/>
                <w:b/>
                <w:bCs/>
                <w:u w:val="single"/>
              </w:rPr>
            </w:pPr>
            <w:r w:rsidRPr="009C30C4">
              <w:rPr>
                <w:rFonts w:ascii="Century Gothic" w:hAnsi="Century Gothic"/>
                <w:b/>
                <w:color w:val="B45309"/>
                <w:sz w:val="18"/>
              </w:rPr>
              <w:t xml:space="preserve">INVIO: </w:t>
            </w:r>
            <w:r w:rsidRPr="009C30C4">
              <w:rPr>
                <w:rFonts w:ascii="Century Gothic" w:hAnsi="Century Gothic"/>
                <w:color w:val="303844"/>
                <w:sz w:val="18"/>
              </w:rPr>
              <w:t xml:space="preserve">entro il termine indicato nel singolo interpello, all’indirizzo </w:t>
            </w:r>
            <w:r w:rsidRPr="009C30C4">
              <w:rPr>
                <w:rFonts w:ascii="Century Gothic" w:hAnsi="Century Gothic"/>
                <w:b/>
                <w:color w:val="B45309"/>
                <w:sz w:val="18"/>
                <w:u w:val="single"/>
              </w:rPr>
              <w:t>interpelli@ic-cadorago.edu.it</w:t>
            </w:r>
          </w:p>
          <w:p w14:paraId="272AED1A" w14:textId="77777777" w:rsidR="002744A4" w:rsidRPr="009C30C4" w:rsidRDefault="00FB17E4">
            <w:pPr>
              <w:spacing w:after="0" w:line="240" w:lineRule="auto"/>
              <w:rPr>
                <w:rFonts w:ascii="Century Gothic" w:hAnsi="Century Gothic"/>
              </w:rPr>
            </w:pPr>
            <w:r w:rsidRPr="009C30C4">
              <w:rPr>
                <w:rFonts w:ascii="Century Gothic" w:hAnsi="Century Gothic"/>
                <w:b/>
                <w:color w:val="B45309"/>
                <w:sz w:val="18"/>
              </w:rPr>
              <w:t xml:space="preserve">ALLEGATI: </w:t>
            </w:r>
            <w:r w:rsidRPr="009C30C4">
              <w:rPr>
                <w:rFonts w:ascii="Century Gothic" w:hAnsi="Century Gothic"/>
                <w:color w:val="303844"/>
                <w:sz w:val="18"/>
              </w:rPr>
              <w:t>curriculum professionale sottoscritto e copia del documento di identità</w:t>
            </w:r>
          </w:p>
        </w:tc>
      </w:tr>
    </w:tbl>
    <w:p w14:paraId="313FB9AD" w14:textId="77777777" w:rsidR="002744A4" w:rsidRPr="009C30C4" w:rsidRDefault="00FB17E4">
      <w:pPr>
        <w:spacing w:before="60" w:after="0" w:line="240" w:lineRule="auto"/>
        <w:rPr>
          <w:rFonts w:ascii="Century Gothic" w:hAnsi="Century Gothic"/>
        </w:rPr>
      </w:pPr>
      <w:r w:rsidRPr="009C30C4">
        <w:rPr>
          <w:rFonts w:ascii="Century Gothic" w:hAnsi="Century Gothic"/>
          <w:b/>
          <w:color w:val="6B7280"/>
          <w:sz w:val="18"/>
        </w:rPr>
        <w:t xml:space="preserve">Riferimento: avviso dell’Istituto Comprensivo di Cadorago, prot. n. </w:t>
      </w:r>
      <w:r w:rsidRPr="009C30C4">
        <w:rPr>
          <w:rFonts w:ascii="Century Gothic" w:hAnsi="Century Gothic"/>
          <w:color w:val="303844"/>
          <w:sz w:val="18"/>
        </w:rPr>
        <w:t>____</w:t>
      </w:r>
      <w:r w:rsidRPr="009C30C4">
        <w:rPr>
          <w:rFonts w:ascii="Century Gothic" w:hAnsi="Century Gothic"/>
          <w:color w:val="303844"/>
          <w:sz w:val="18"/>
        </w:rPr>
        <w:t>______________</w:t>
      </w:r>
      <w:r w:rsidRPr="009C30C4">
        <w:rPr>
          <w:rFonts w:ascii="Century Gothic" w:hAnsi="Century Gothic"/>
          <w:b/>
          <w:color w:val="6B7280"/>
          <w:sz w:val="18"/>
        </w:rPr>
        <w:t xml:space="preserve"> del </w:t>
      </w:r>
      <w:r w:rsidRPr="009C30C4">
        <w:rPr>
          <w:rFonts w:ascii="Century Gothic" w:hAnsi="Century Gothic"/>
          <w:color w:val="303844"/>
          <w:sz w:val="18"/>
        </w:rPr>
        <w:t>____ / ____ / ________</w:t>
      </w:r>
    </w:p>
    <w:p w14:paraId="74C2EAC0" w14:textId="77777777" w:rsidR="002744A4" w:rsidRPr="009C30C4" w:rsidRDefault="00FB17E4">
      <w:pPr>
        <w:pStyle w:val="SectionHeading"/>
        <w:keepNext/>
        <w:shd w:val="clear" w:color="auto" w:fill="B45309"/>
        <w:ind w:left="120" w:right="120"/>
        <w:rPr>
          <w:rFonts w:ascii="Century Gothic" w:hAnsi="Century Gothic"/>
        </w:rPr>
      </w:pPr>
      <w:r w:rsidRPr="009C30C4">
        <w:rPr>
          <w:rFonts w:ascii="Century Gothic" w:eastAsia="Calibri" w:hAnsi="Century Gothic"/>
        </w:rPr>
        <w:t>1. DATI DELL’ASPIRANTE</w:t>
      </w:r>
    </w:p>
    <w:tbl>
      <w:tblPr>
        <w:tblW w:w="998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1580"/>
        <w:gridCol w:w="3460"/>
        <w:gridCol w:w="1500"/>
        <w:gridCol w:w="3440"/>
      </w:tblGrid>
      <w:tr w:rsidR="002744A4" w:rsidRPr="009C30C4" w14:paraId="6C538FFA" w14:textId="77777777">
        <w:tc>
          <w:tcPr>
            <w:tcW w:w="1580" w:type="dxa"/>
            <w:tcMar>
              <w:top w:w="85" w:type="dxa"/>
              <w:left w:w="80" w:type="dxa"/>
              <w:bottom w:w="105" w:type="dxa"/>
              <w:right w:w="80" w:type="dxa"/>
            </w:tcMar>
          </w:tcPr>
          <w:p w14:paraId="74B4BDD6" w14:textId="77777777" w:rsidR="002744A4" w:rsidRPr="009C30C4" w:rsidRDefault="00FB17E4">
            <w:pPr>
              <w:spacing w:after="0" w:line="240" w:lineRule="auto"/>
              <w:rPr>
                <w:rFonts w:ascii="Century Gothic" w:hAnsi="Century Gothic"/>
              </w:rPr>
            </w:pPr>
            <w:r w:rsidRPr="009C30C4">
              <w:rPr>
                <w:rFonts w:ascii="Century Gothic" w:eastAsia="Calibri" w:hAnsi="Century Gothic"/>
                <w:b/>
                <w:color w:val="6B7280"/>
                <w:sz w:val="17"/>
              </w:rPr>
              <w:t>COGNOME</w:t>
            </w:r>
          </w:p>
        </w:tc>
        <w:tc>
          <w:tcPr>
            <w:tcW w:w="3460" w:type="dxa"/>
            <w:tcBorders>
              <w:bottom w:val="single" w:sz="7" w:space="0" w:color="AEB8C2"/>
            </w:tcBorders>
            <w:tcMar>
              <w:top w:w="85" w:type="dxa"/>
              <w:left w:w="80" w:type="dxa"/>
              <w:bottom w:w="105" w:type="dxa"/>
              <w:right w:w="80" w:type="dxa"/>
            </w:tcMar>
          </w:tcPr>
          <w:p w14:paraId="54E39EC5" w14:textId="77777777" w:rsidR="002744A4" w:rsidRPr="009C30C4" w:rsidRDefault="00FB17E4">
            <w:pPr>
              <w:spacing w:after="0" w:line="240" w:lineRule="auto"/>
              <w:rPr>
                <w:rFonts w:ascii="Century Gothic" w:hAnsi="Century Gothic"/>
              </w:rPr>
            </w:pPr>
            <w:r w:rsidRPr="009C30C4">
              <w:rPr>
                <w:rFonts w:ascii="Century Gothic" w:eastAsia="Calibri" w:hAnsi="Century Gothic"/>
                <w:sz w:val="19"/>
              </w:rPr>
              <w:t xml:space="preserve"> </w:t>
            </w:r>
          </w:p>
        </w:tc>
        <w:tc>
          <w:tcPr>
            <w:tcW w:w="1500" w:type="dxa"/>
            <w:tcMar>
              <w:top w:w="85" w:type="dxa"/>
              <w:left w:w="80" w:type="dxa"/>
              <w:bottom w:w="105" w:type="dxa"/>
              <w:right w:w="80" w:type="dxa"/>
            </w:tcMar>
          </w:tcPr>
          <w:p w14:paraId="3B4ED84A" w14:textId="77777777" w:rsidR="002744A4" w:rsidRPr="009C30C4" w:rsidRDefault="00FB17E4">
            <w:pPr>
              <w:spacing w:after="0" w:line="240" w:lineRule="auto"/>
              <w:rPr>
                <w:rFonts w:ascii="Century Gothic" w:hAnsi="Century Gothic"/>
              </w:rPr>
            </w:pPr>
            <w:r w:rsidRPr="009C30C4">
              <w:rPr>
                <w:rFonts w:ascii="Century Gothic" w:eastAsia="Calibri" w:hAnsi="Century Gothic"/>
                <w:b/>
                <w:color w:val="6B7280"/>
                <w:sz w:val="17"/>
              </w:rPr>
              <w:t>NOME</w:t>
            </w:r>
          </w:p>
        </w:tc>
        <w:tc>
          <w:tcPr>
            <w:tcW w:w="3440" w:type="dxa"/>
            <w:tcBorders>
              <w:bottom w:val="single" w:sz="7" w:space="0" w:color="AEB8C2"/>
            </w:tcBorders>
            <w:tcMar>
              <w:top w:w="85" w:type="dxa"/>
              <w:left w:w="80" w:type="dxa"/>
              <w:bottom w:w="105" w:type="dxa"/>
              <w:right w:w="80" w:type="dxa"/>
            </w:tcMar>
          </w:tcPr>
          <w:p w14:paraId="5ACC57DD" w14:textId="77777777" w:rsidR="002744A4" w:rsidRPr="009C30C4" w:rsidRDefault="00FB17E4">
            <w:pPr>
              <w:spacing w:after="0" w:line="240" w:lineRule="auto"/>
              <w:rPr>
                <w:rFonts w:ascii="Century Gothic" w:hAnsi="Century Gothic"/>
              </w:rPr>
            </w:pPr>
            <w:r w:rsidRPr="009C30C4">
              <w:rPr>
                <w:rFonts w:ascii="Century Gothic" w:eastAsia="Calibri" w:hAnsi="Century Gothic"/>
                <w:sz w:val="19"/>
              </w:rPr>
              <w:t xml:space="preserve"> </w:t>
            </w:r>
          </w:p>
        </w:tc>
      </w:tr>
      <w:tr w:rsidR="002744A4" w:rsidRPr="009C30C4" w14:paraId="45BFAFA2" w14:textId="77777777">
        <w:tc>
          <w:tcPr>
            <w:tcW w:w="1580" w:type="dxa"/>
            <w:tcMar>
              <w:top w:w="85" w:type="dxa"/>
              <w:left w:w="80" w:type="dxa"/>
              <w:bottom w:w="105" w:type="dxa"/>
              <w:right w:w="80" w:type="dxa"/>
            </w:tcMar>
          </w:tcPr>
          <w:p w14:paraId="5CC749BA" w14:textId="77777777" w:rsidR="002744A4" w:rsidRPr="009C30C4" w:rsidRDefault="00FB17E4">
            <w:pPr>
              <w:spacing w:after="0" w:line="240" w:lineRule="auto"/>
              <w:rPr>
                <w:rFonts w:ascii="Century Gothic" w:hAnsi="Century Gothic"/>
              </w:rPr>
            </w:pPr>
            <w:r w:rsidRPr="009C30C4">
              <w:rPr>
                <w:rFonts w:ascii="Century Gothic" w:eastAsia="Calibri" w:hAnsi="Century Gothic"/>
                <w:b/>
                <w:color w:val="6B7280"/>
                <w:sz w:val="17"/>
              </w:rPr>
              <w:t>LUOGO DI NASCITA</w:t>
            </w:r>
          </w:p>
        </w:tc>
        <w:tc>
          <w:tcPr>
            <w:tcW w:w="3460" w:type="dxa"/>
            <w:tcBorders>
              <w:bottom w:val="single" w:sz="7" w:space="0" w:color="AEB8C2"/>
            </w:tcBorders>
            <w:tcMar>
              <w:top w:w="85" w:type="dxa"/>
              <w:left w:w="80" w:type="dxa"/>
              <w:bottom w:w="105" w:type="dxa"/>
              <w:right w:w="80" w:type="dxa"/>
            </w:tcMar>
          </w:tcPr>
          <w:p w14:paraId="64645197" w14:textId="77777777" w:rsidR="002744A4" w:rsidRPr="009C30C4" w:rsidRDefault="00FB17E4">
            <w:pPr>
              <w:spacing w:after="0" w:line="240" w:lineRule="auto"/>
              <w:rPr>
                <w:rFonts w:ascii="Century Gothic" w:hAnsi="Century Gothic"/>
              </w:rPr>
            </w:pPr>
            <w:r w:rsidRPr="009C30C4">
              <w:rPr>
                <w:rFonts w:ascii="Century Gothic" w:eastAsia="Calibri" w:hAnsi="Century Gothic"/>
                <w:sz w:val="19"/>
              </w:rPr>
              <w:t xml:space="preserve"> </w:t>
            </w:r>
          </w:p>
        </w:tc>
        <w:tc>
          <w:tcPr>
            <w:tcW w:w="1500" w:type="dxa"/>
            <w:tcMar>
              <w:top w:w="85" w:type="dxa"/>
              <w:left w:w="80" w:type="dxa"/>
              <w:bottom w:w="105" w:type="dxa"/>
              <w:right w:w="80" w:type="dxa"/>
            </w:tcMar>
          </w:tcPr>
          <w:p w14:paraId="779AF2B5" w14:textId="77777777" w:rsidR="002744A4" w:rsidRPr="009C30C4" w:rsidRDefault="00FB17E4">
            <w:pPr>
              <w:spacing w:after="0" w:line="240" w:lineRule="auto"/>
              <w:rPr>
                <w:rFonts w:ascii="Century Gothic" w:hAnsi="Century Gothic"/>
              </w:rPr>
            </w:pPr>
            <w:r w:rsidRPr="009C30C4">
              <w:rPr>
                <w:rFonts w:ascii="Century Gothic" w:eastAsia="Calibri" w:hAnsi="Century Gothic"/>
                <w:b/>
                <w:color w:val="6B7280"/>
                <w:sz w:val="17"/>
              </w:rPr>
              <w:t>DATA DI NASCITA</w:t>
            </w:r>
          </w:p>
        </w:tc>
        <w:tc>
          <w:tcPr>
            <w:tcW w:w="3440" w:type="dxa"/>
            <w:tcBorders>
              <w:bottom w:val="single" w:sz="7" w:space="0" w:color="AEB8C2"/>
            </w:tcBorders>
            <w:tcMar>
              <w:top w:w="85" w:type="dxa"/>
              <w:left w:w="80" w:type="dxa"/>
              <w:bottom w:w="105" w:type="dxa"/>
              <w:right w:w="80" w:type="dxa"/>
            </w:tcMar>
          </w:tcPr>
          <w:p w14:paraId="0E5DF654" w14:textId="77777777" w:rsidR="002744A4" w:rsidRPr="009C30C4" w:rsidRDefault="00FB17E4">
            <w:pPr>
              <w:spacing w:after="0" w:line="240" w:lineRule="auto"/>
              <w:rPr>
                <w:rFonts w:ascii="Century Gothic" w:hAnsi="Century Gothic"/>
              </w:rPr>
            </w:pPr>
            <w:r w:rsidRPr="009C30C4">
              <w:rPr>
                <w:rFonts w:ascii="Century Gothic" w:eastAsia="Calibri" w:hAnsi="Century Gothic"/>
                <w:sz w:val="19"/>
              </w:rPr>
              <w:t>____ / ____ / ________</w:t>
            </w:r>
          </w:p>
        </w:tc>
      </w:tr>
      <w:tr w:rsidR="002744A4" w:rsidRPr="009C30C4" w14:paraId="348BAB9C" w14:textId="77777777">
        <w:tc>
          <w:tcPr>
            <w:tcW w:w="1580" w:type="dxa"/>
            <w:tcMar>
              <w:top w:w="85" w:type="dxa"/>
              <w:left w:w="80" w:type="dxa"/>
              <w:bottom w:w="105" w:type="dxa"/>
              <w:right w:w="80" w:type="dxa"/>
            </w:tcMar>
          </w:tcPr>
          <w:p w14:paraId="65C1BFC1" w14:textId="77777777" w:rsidR="002744A4" w:rsidRPr="009C30C4" w:rsidRDefault="00FB17E4">
            <w:pPr>
              <w:spacing w:after="0" w:line="240" w:lineRule="auto"/>
              <w:rPr>
                <w:rFonts w:ascii="Century Gothic" w:hAnsi="Century Gothic"/>
              </w:rPr>
            </w:pPr>
            <w:r w:rsidRPr="009C30C4">
              <w:rPr>
                <w:rFonts w:ascii="Century Gothic" w:eastAsia="Calibri" w:hAnsi="Century Gothic"/>
                <w:b/>
                <w:color w:val="6B7280"/>
                <w:sz w:val="17"/>
              </w:rPr>
              <w:t>CODICE FISCALE</w:t>
            </w:r>
          </w:p>
        </w:tc>
        <w:tc>
          <w:tcPr>
            <w:tcW w:w="3460" w:type="dxa"/>
            <w:tcBorders>
              <w:bottom w:val="single" w:sz="7" w:space="0" w:color="AEB8C2"/>
            </w:tcBorders>
            <w:tcMar>
              <w:top w:w="85" w:type="dxa"/>
              <w:left w:w="80" w:type="dxa"/>
              <w:bottom w:w="105" w:type="dxa"/>
              <w:right w:w="80" w:type="dxa"/>
            </w:tcMar>
          </w:tcPr>
          <w:p w14:paraId="54E62A26" w14:textId="77777777" w:rsidR="002744A4" w:rsidRPr="009C30C4" w:rsidRDefault="00FB17E4">
            <w:pPr>
              <w:spacing w:after="0" w:line="240" w:lineRule="auto"/>
              <w:rPr>
                <w:rFonts w:ascii="Century Gothic" w:hAnsi="Century Gothic"/>
              </w:rPr>
            </w:pPr>
            <w:r w:rsidRPr="009C30C4">
              <w:rPr>
                <w:rFonts w:ascii="Century Gothic" w:eastAsia="Calibri" w:hAnsi="Century Gothic"/>
                <w:sz w:val="19"/>
              </w:rPr>
              <w:t xml:space="preserve"> </w:t>
            </w:r>
          </w:p>
        </w:tc>
        <w:tc>
          <w:tcPr>
            <w:tcW w:w="1500" w:type="dxa"/>
            <w:tcMar>
              <w:top w:w="85" w:type="dxa"/>
              <w:left w:w="80" w:type="dxa"/>
              <w:bottom w:w="105" w:type="dxa"/>
              <w:right w:w="80" w:type="dxa"/>
            </w:tcMar>
          </w:tcPr>
          <w:p w14:paraId="1CEBE83F" w14:textId="77777777" w:rsidR="002744A4" w:rsidRPr="009C30C4" w:rsidRDefault="00FB17E4">
            <w:pPr>
              <w:spacing w:after="0" w:line="240" w:lineRule="auto"/>
              <w:rPr>
                <w:rFonts w:ascii="Century Gothic" w:hAnsi="Century Gothic"/>
              </w:rPr>
            </w:pPr>
            <w:r w:rsidRPr="009C30C4">
              <w:rPr>
                <w:rFonts w:ascii="Century Gothic" w:eastAsia="Calibri" w:hAnsi="Century Gothic"/>
                <w:b/>
                <w:color w:val="6B7280"/>
                <w:sz w:val="17"/>
              </w:rPr>
              <w:t>CITTADINANZA</w:t>
            </w:r>
          </w:p>
        </w:tc>
        <w:tc>
          <w:tcPr>
            <w:tcW w:w="3440" w:type="dxa"/>
            <w:tcBorders>
              <w:bottom w:val="single" w:sz="7" w:space="0" w:color="AEB8C2"/>
            </w:tcBorders>
            <w:tcMar>
              <w:top w:w="85" w:type="dxa"/>
              <w:left w:w="80" w:type="dxa"/>
              <w:bottom w:w="105" w:type="dxa"/>
              <w:right w:w="80" w:type="dxa"/>
            </w:tcMar>
          </w:tcPr>
          <w:p w14:paraId="213976B4" w14:textId="77777777" w:rsidR="002744A4" w:rsidRPr="009C30C4" w:rsidRDefault="00FB17E4">
            <w:pPr>
              <w:spacing w:after="0" w:line="240" w:lineRule="auto"/>
              <w:rPr>
                <w:rFonts w:ascii="Century Gothic" w:hAnsi="Century Gothic"/>
              </w:rPr>
            </w:pPr>
            <w:r w:rsidRPr="009C30C4">
              <w:rPr>
                <w:rFonts w:ascii="Century Gothic" w:eastAsia="Calibri" w:hAnsi="Century Gothic"/>
                <w:sz w:val="19"/>
              </w:rPr>
              <w:t xml:space="preserve"> </w:t>
            </w:r>
          </w:p>
        </w:tc>
      </w:tr>
      <w:tr w:rsidR="002744A4" w:rsidRPr="009C30C4" w14:paraId="3087966D" w14:textId="77777777">
        <w:tc>
          <w:tcPr>
            <w:tcW w:w="1580" w:type="dxa"/>
            <w:tcMar>
              <w:top w:w="85" w:type="dxa"/>
              <w:left w:w="80" w:type="dxa"/>
              <w:bottom w:w="105" w:type="dxa"/>
              <w:right w:w="80" w:type="dxa"/>
            </w:tcMar>
          </w:tcPr>
          <w:p w14:paraId="6D435FCD" w14:textId="77777777" w:rsidR="002744A4" w:rsidRPr="009C30C4" w:rsidRDefault="00FB17E4">
            <w:pPr>
              <w:spacing w:after="0" w:line="240" w:lineRule="auto"/>
              <w:rPr>
                <w:rFonts w:ascii="Century Gothic" w:hAnsi="Century Gothic"/>
              </w:rPr>
            </w:pPr>
            <w:r w:rsidRPr="009C30C4">
              <w:rPr>
                <w:rFonts w:ascii="Century Gothic" w:eastAsia="Calibri" w:hAnsi="Century Gothic"/>
                <w:b/>
                <w:color w:val="6B7280"/>
                <w:sz w:val="17"/>
              </w:rPr>
              <w:t>RESIDENZA</w:t>
            </w:r>
          </w:p>
        </w:tc>
        <w:tc>
          <w:tcPr>
            <w:tcW w:w="3460" w:type="dxa"/>
            <w:tcBorders>
              <w:bottom w:val="single" w:sz="7" w:space="0" w:color="AEB8C2"/>
            </w:tcBorders>
            <w:tcMar>
              <w:top w:w="85" w:type="dxa"/>
              <w:left w:w="80" w:type="dxa"/>
              <w:bottom w:w="105" w:type="dxa"/>
              <w:right w:w="80" w:type="dxa"/>
            </w:tcMar>
          </w:tcPr>
          <w:p w14:paraId="4CBF3D66" w14:textId="77777777" w:rsidR="002744A4" w:rsidRPr="009C30C4" w:rsidRDefault="00FB17E4">
            <w:pPr>
              <w:spacing w:after="0" w:line="240" w:lineRule="auto"/>
              <w:rPr>
                <w:rFonts w:ascii="Century Gothic" w:hAnsi="Century Gothic"/>
              </w:rPr>
            </w:pPr>
            <w:r w:rsidRPr="009C30C4">
              <w:rPr>
                <w:rFonts w:ascii="Century Gothic" w:eastAsia="Calibri" w:hAnsi="Century Gothic"/>
                <w:sz w:val="19"/>
              </w:rPr>
              <w:t>Comune, provincia e CAP</w:t>
            </w:r>
          </w:p>
        </w:tc>
        <w:tc>
          <w:tcPr>
            <w:tcW w:w="1500" w:type="dxa"/>
            <w:tcBorders>
              <w:bottom w:val="single" w:sz="7" w:space="0" w:color="AEB8C2"/>
            </w:tcBorders>
            <w:tcMar>
              <w:top w:w="85" w:type="dxa"/>
              <w:left w:w="80" w:type="dxa"/>
              <w:bottom w:w="105" w:type="dxa"/>
              <w:right w:w="80" w:type="dxa"/>
            </w:tcMar>
          </w:tcPr>
          <w:p w14:paraId="5FA34AB1" w14:textId="77777777" w:rsidR="002744A4" w:rsidRPr="009C30C4" w:rsidRDefault="002744A4">
            <w:pPr>
              <w:spacing w:after="0" w:line="240" w:lineRule="auto"/>
              <w:rPr>
                <w:rFonts w:ascii="Century Gothic" w:hAnsi="Century Gothic"/>
              </w:rPr>
            </w:pPr>
          </w:p>
        </w:tc>
        <w:tc>
          <w:tcPr>
            <w:tcW w:w="3440" w:type="dxa"/>
            <w:tcBorders>
              <w:bottom w:val="single" w:sz="7" w:space="0" w:color="AEB8C2"/>
            </w:tcBorders>
            <w:tcMar>
              <w:top w:w="85" w:type="dxa"/>
              <w:left w:w="80" w:type="dxa"/>
              <w:bottom w:w="105" w:type="dxa"/>
              <w:right w:w="80" w:type="dxa"/>
            </w:tcMar>
          </w:tcPr>
          <w:p w14:paraId="167563EF" w14:textId="77777777" w:rsidR="002744A4" w:rsidRPr="009C30C4" w:rsidRDefault="002744A4">
            <w:pPr>
              <w:spacing w:after="0" w:line="240" w:lineRule="auto"/>
              <w:rPr>
                <w:rFonts w:ascii="Century Gothic" w:hAnsi="Century Gothic"/>
              </w:rPr>
            </w:pPr>
          </w:p>
        </w:tc>
      </w:tr>
      <w:tr w:rsidR="002744A4" w:rsidRPr="009C30C4" w14:paraId="0546436D" w14:textId="77777777">
        <w:tc>
          <w:tcPr>
            <w:tcW w:w="1580" w:type="dxa"/>
            <w:tcMar>
              <w:top w:w="85" w:type="dxa"/>
              <w:left w:w="80" w:type="dxa"/>
              <w:bottom w:w="105" w:type="dxa"/>
              <w:right w:w="80" w:type="dxa"/>
            </w:tcMar>
          </w:tcPr>
          <w:p w14:paraId="5CA29BD4" w14:textId="77777777" w:rsidR="002744A4" w:rsidRPr="009C30C4" w:rsidRDefault="00FB17E4">
            <w:pPr>
              <w:spacing w:after="0" w:line="240" w:lineRule="auto"/>
              <w:rPr>
                <w:rFonts w:ascii="Century Gothic" w:hAnsi="Century Gothic"/>
              </w:rPr>
            </w:pPr>
            <w:r w:rsidRPr="009C30C4">
              <w:rPr>
                <w:rFonts w:ascii="Century Gothic" w:eastAsia="Calibri" w:hAnsi="Century Gothic"/>
                <w:b/>
                <w:color w:val="6B7280"/>
                <w:sz w:val="17"/>
              </w:rPr>
              <w:t>INDIRIZZO</w:t>
            </w:r>
          </w:p>
        </w:tc>
        <w:tc>
          <w:tcPr>
            <w:tcW w:w="3460" w:type="dxa"/>
            <w:tcBorders>
              <w:bottom w:val="single" w:sz="7" w:space="0" w:color="AEB8C2"/>
            </w:tcBorders>
            <w:tcMar>
              <w:top w:w="85" w:type="dxa"/>
              <w:left w:w="80" w:type="dxa"/>
              <w:bottom w:w="105" w:type="dxa"/>
              <w:right w:w="80" w:type="dxa"/>
            </w:tcMar>
          </w:tcPr>
          <w:p w14:paraId="6540F1C0" w14:textId="77777777" w:rsidR="002744A4" w:rsidRPr="009C30C4" w:rsidRDefault="00FB17E4">
            <w:pPr>
              <w:spacing w:after="0" w:line="240" w:lineRule="auto"/>
              <w:rPr>
                <w:rFonts w:ascii="Century Gothic" w:hAnsi="Century Gothic"/>
              </w:rPr>
            </w:pPr>
            <w:r w:rsidRPr="009C30C4">
              <w:rPr>
                <w:rFonts w:ascii="Century Gothic" w:eastAsia="Calibri" w:hAnsi="Century Gothic"/>
                <w:sz w:val="19"/>
              </w:rPr>
              <w:t>Via/piazza e numero civico</w:t>
            </w:r>
          </w:p>
        </w:tc>
        <w:tc>
          <w:tcPr>
            <w:tcW w:w="1500" w:type="dxa"/>
            <w:tcBorders>
              <w:bottom w:val="single" w:sz="7" w:space="0" w:color="AEB8C2"/>
            </w:tcBorders>
            <w:tcMar>
              <w:top w:w="85" w:type="dxa"/>
              <w:left w:w="80" w:type="dxa"/>
              <w:bottom w:w="105" w:type="dxa"/>
              <w:right w:w="80" w:type="dxa"/>
            </w:tcMar>
          </w:tcPr>
          <w:p w14:paraId="07873582" w14:textId="77777777" w:rsidR="002744A4" w:rsidRPr="009C30C4" w:rsidRDefault="002744A4">
            <w:pPr>
              <w:spacing w:after="0" w:line="240" w:lineRule="auto"/>
              <w:rPr>
                <w:rFonts w:ascii="Century Gothic" w:hAnsi="Century Gothic"/>
              </w:rPr>
            </w:pPr>
          </w:p>
        </w:tc>
        <w:tc>
          <w:tcPr>
            <w:tcW w:w="3440" w:type="dxa"/>
            <w:tcBorders>
              <w:bottom w:val="single" w:sz="7" w:space="0" w:color="AEB8C2"/>
            </w:tcBorders>
            <w:tcMar>
              <w:top w:w="85" w:type="dxa"/>
              <w:left w:w="80" w:type="dxa"/>
              <w:bottom w:w="105" w:type="dxa"/>
              <w:right w:w="80" w:type="dxa"/>
            </w:tcMar>
          </w:tcPr>
          <w:p w14:paraId="691C7F23" w14:textId="77777777" w:rsidR="002744A4" w:rsidRPr="009C30C4" w:rsidRDefault="002744A4">
            <w:pPr>
              <w:spacing w:after="0" w:line="240" w:lineRule="auto"/>
              <w:rPr>
                <w:rFonts w:ascii="Century Gothic" w:hAnsi="Century Gothic"/>
              </w:rPr>
            </w:pPr>
          </w:p>
        </w:tc>
      </w:tr>
      <w:tr w:rsidR="002744A4" w:rsidRPr="009C30C4" w14:paraId="6A1FA46C" w14:textId="77777777">
        <w:tc>
          <w:tcPr>
            <w:tcW w:w="1580" w:type="dxa"/>
            <w:tcMar>
              <w:top w:w="85" w:type="dxa"/>
              <w:left w:w="80" w:type="dxa"/>
              <w:bottom w:w="105" w:type="dxa"/>
              <w:right w:w="80" w:type="dxa"/>
            </w:tcMar>
          </w:tcPr>
          <w:p w14:paraId="73955AAD" w14:textId="77777777" w:rsidR="002744A4" w:rsidRPr="009C30C4" w:rsidRDefault="00FB17E4">
            <w:pPr>
              <w:spacing w:after="0" w:line="240" w:lineRule="auto"/>
              <w:rPr>
                <w:rFonts w:ascii="Century Gothic" w:hAnsi="Century Gothic"/>
              </w:rPr>
            </w:pPr>
            <w:r w:rsidRPr="009C30C4">
              <w:rPr>
                <w:rFonts w:ascii="Century Gothic" w:eastAsia="Calibri" w:hAnsi="Century Gothic"/>
                <w:b/>
                <w:color w:val="6B7280"/>
                <w:sz w:val="17"/>
              </w:rPr>
              <w:t>CELLULARE</w:t>
            </w:r>
          </w:p>
        </w:tc>
        <w:tc>
          <w:tcPr>
            <w:tcW w:w="3460" w:type="dxa"/>
            <w:tcBorders>
              <w:bottom w:val="single" w:sz="7" w:space="0" w:color="AEB8C2"/>
            </w:tcBorders>
            <w:tcMar>
              <w:top w:w="85" w:type="dxa"/>
              <w:left w:w="80" w:type="dxa"/>
              <w:bottom w:w="105" w:type="dxa"/>
              <w:right w:w="80" w:type="dxa"/>
            </w:tcMar>
          </w:tcPr>
          <w:p w14:paraId="43C493E3" w14:textId="77777777" w:rsidR="002744A4" w:rsidRPr="009C30C4" w:rsidRDefault="00FB17E4">
            <w:pPr>
              <w:spacing w:after="0" w:line="240" w:lineRule="auto"/>
              <w:rPr>
                <w:rFonts w:ascii="Century Gothic" w:hAnsi="Century Gothic"/>
              </w:rPr>
            </w:pPr>
            <w:r w:rsidRPr="009C30C4">
              <w:rPr>
                <w:rFonts w:ascii="Century Gothic" w:eastAsia="Calibri" w:hAnsi="Century Gothic"/>
                <w:sz w:val="19"/>
              </w:rPr>
              <w:t xml:space="preserve"> </w:t>
            </w:r>
          </w:p>
        </w:tc>
        <w:tc>
          <w:tcPr>
            <w:tcW w:w="1500" w:type="dxa"/>
            <w:tcMar>
              <w:top w:w="85" w:type="dxa"/>
              <w:left w:w="80" w:type="dxa"/>
              <w:bottom w:w="105" w:type="dxa"/>
              <w:right w:w="80" w:type="dxa"/>
            </w:tcMar>
          </w:tcPr>
          <w:p w14:paraId="676A3AD0" w14:textId="77777777" w:rsidR="002744A4" w:rsidRPr="009C30C4" w:rsidRDefault="00FB17E4">
            <w:pPr>
              <w:spacing w:after="0" w:line="240" w:lineRule="auto"/>
              <w:rPr>
                <w:rFonts w:ascii="Century Gothic" w:hAnsi="Century Gothic"/>
              </w:rPr>
            </w:pPr>
            <w:r w:rsidRPr="009C30C4">
              <w:rPr>
                <w:rFonts w:ascii="Century Gothic" w:eastAsia="Calibri" w:hAnsi="Century Gothic"/>
                <w:b/>
                <w:color w:val="6B7280"/>
                <w:sz w:val="17"/>
              </w:rPr>
              <w:t>E-MAIL</w:t>
            </w:r>
          </w:p>
        </w:tc>
        <w:tc>
          <w:tcPr>
            <w:tcW w:w="3440" w:type="dxa"/>
            <w:tcBorders>
              <w:bottom w:val="single" w:sz="7" w:space="0" w:color="AEB8C2"/>
            </w:tcBorders>
            <w:tcMar>
              <w:top w:w="85" w:type="dxa"/>
              <w:left w:w="80" w:type="dxa"/>
              <w:bottom w:w="105" w:type="dxa"/>
              <w:right w:w="80" w:type="dxa"/>
            </w:tcMar>
          </w:tcPr>
          <w:p w14:paraId="715F251C" w14:textId="77777777" w:rsidR="002744A4" w:rsidRPr="009C30C4" w:rsidRDefault="00FB17E4">
            <w:pPr>
              <w:spacing w:after="0" w:line="240" w:lineRule="auto"/>
              <w:rPr>
                <w:rFonts w:ascii="Century Gothic" w:hAnsi="Century Gothic"/>
              </w:rPr>
            </w:pPr>
            <w:r w:rsidRPr="009C30C4">
              <w:rPr>
                <w:rFonts w:ascii="Century Gothic" w:eastAsia="Calibri" w:hAnsi="Century Gothic"/>
                <w:sz w:val="19"/>
              </w:rPr>
              <w:t xml:space="preserve"> </w:t>
            </w:r>
          </w:p>
        </w:tc>
      </w:tr>
    </w:tbl>
    <w:p w14:paraId="5AF3A9CF" w14:textId="77777777" w:rsidR="002744A4" w:rsidRPr="009C30C4" w:rsidRDefault="00FB17E4">
      <w:pPr>
        <w:pStyle w:val="SectionHeading"/>
        <w:keepNext/>
        <w:shd w:val="clear" w:color="auto" w:fill="B45309"/>
        <w:ind w:left="120" w:right="120"/>
        <w:rPr>
          <w:rFonts w:ascii="Century Gothic" w:hAnsi="Century Gothic"/>
        </w:rPr>
      </w:pPr>
      <w:r w:rsidRPr="009C30C4">
        <w:rPr>
          <w:rFonts w:ascii="Century Gothic" w:eastAsia="Calibri" w:hAnsi="Century Gothic"/>
        </w:rPr>
        <w:t>2. COMUNICAZIONE DI CANDIDATURA AL SINGOLO INTERPELLO</w:t>
      </w:r>
    </w:p>
    <w:p w14:paraId="50C65D97" w14:textId="77777777" w:rsidR="002744A4" w:rsidRPr="009C30C4" w:rsidRDefault="00FB17E4">
      <w:pPr>
        <w:spacing w:before="20" w:after="40"/>
        <w:jc w:val="center"/>
        <w:rPr>
          <w:rFonts w:ascii="Century Gothic" w:hAnsi="Century Gothic"/>
        </w:rPr>
      </w:pPr>
      <w:r w:rsidRPr="009C30C4">
        <w:rPr>
          <w:rFonts w:ascii="Century Gothic" w:eastAsia="Calibri" w:hAnsi="Century Gothic"/>
          <w:b/>
          <w:color w:val="B45309"/>
          <w:sz w:val="22"/>
        </w:rPr>
        <w:t>COMUNICA</w:t>
      </w:r>
    </w:p>
    <w:p w14:paraId="65013934" w14:textId="77777777" w:rsidR="002744A4" w:rsidRPr="009C30C4" w:rsidRDefault="00FB17E4">
      <w:pPr>
        <w:spacing w:after="60"/>
        <w:rPr>
          <w:rFonts w:ascii="Century Gothic" w:hAnsi="Century Gothic"/>
        </w:rPr>
      </w:pPr>
      <w:r w:rsidRPr="009C30C4">
        <w:rPr>
          <w:rFonts w:ascii="Century Gothic" w:eastAsia="Calibri" w:hAnsi="Century Gothic"/>
        </w:rPr>
        <w:t>di essere interessato/a al conferimento della supplenza individuata dall’interpello sopra richiamato e, a tal fine, specifica:</w:t>
      </w:r>
    </w:p>
    <w:tbl>
      <w:tblPr>
        <w:tblW w:w="998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1780"/>
        <w:gridCol w:w="3260"/>
        <w:gridCol w:w="1680"/>
        <w:gridCol w:w="3260"/>
      </w:tblGrid>
      <w:tr w:rsidR="002744A4" w:rsidRPr="009C30C4" w14:paraId="58942BC8" w14:textId="77777777">
        <w:tc>
          <w:tcPr>
            <w:tcW w:w="1780" w:type="dxa"/>
            <w:tcMar>
              <w:top w:w="85" w:type="dxa"/>
              <w:left w:w="80" w:type="dxa"/>
              <w:bottom w:w="105" w:type="dxa"/>
              <w:right w:w="80" w:type="dxa"/>
            </w:tcMar>
          </w:tcPr>
          <w:p w14:paraId="7AFC6770" w14:textId="77777777" w:rsidR="002744A4" w:rsidRPr="009C30C4" w:rsidRDefault="00FB17E4">
            <w:pPr>
              <w:spacing w:after="0" w:line="240" w:lineRule="auto"/>
              <w:rPr>
                <w:rFonts w:ascii="Century Gothic" w:hAnsi="Century Gothic"/>
              </w:rPr>
            </w:pPr>
            <w:r w:rsidRPr="009C30C4">
              <w:rPr>
                <w:rFonts w:ascii="Century Gothic" w:eastAsia="Calibri" w:hAnsi="Century Gothic"/>
                <w:b/>
                <w:color w:val="6B7280"/>
                <w:sz w:val="17"/>
              </w:rPr>
              <w:t>CLASSE DI CONCORSO / POSTO</w:t>
            </w:r>
          </w:p>
        </w:tc>
        <w:tc>
          <w:tcPr>
            <w:tcW w:w="3260" w:type="dxa"/>
            <w:tcBorders>
              <w:bottom w:val="single" w:sz="7" w:space="0" w:color="AEB8C2"/>
            </w:tcBorders>
            <w:tcMar>
              <w:top w:w="85" w:type="dxa"/>
              <w:left w:w="80" w:type="dxa"/>
              <w:bottom w:w="105" w:type="dxa"/>
              <w:right w:w="80" w:type="dxa"/>
            </w:tcMar>
          </w:tcPr>
          <w:p w14:paraId="401934F0" w14:textId="77777777" w:rsidR="002744A4" w:rsidRPr="009C30C4" w:rsidRDefault="00FB17E4">
            <w:pPr>
              <w:spacing w:after="0" w:line="240" w:lineRule="auto"/>
              <w:rPr>
                <w:rFonts w:ascii="Century Gothic" w:hAnsi="Century Gothic"/>
              </w:rPr>
            </w:pPr>
            <w:r w:rsidRPr="009C30C4">
              <w:rPr>
                <w:rFonts w:ascii="Century Gothic" w:eastAsia="Calibri" w:hAnsi="Century Gothic"/>
                <w:sz w:val="19"/>
              </w:rPr>
              <w:t xml:space="preserve">Codice e </w:t>
            </w:r>
            <w:r w:rsidRPr="009C30C4">
              <w:rPr>
                <w:rFonts w:ascii="Century Gothic" w:eastAsia="Calibri" w:hAnsi="Century Gothic"/>
                <w:sz w:val="19"/>
              </w:rPr>
              <w:t>denominazione</w:t>
            </w:r>
          </w:p>
        </w:tc>
        <w:tc>
          <w:tcPr>
            <w:tcW w:w="1680" w:type="dxa"/>
            <w:tcBorders>
              <w:bottom w:val="single" w:sz="7" w:space="0" w:color="AEB8C2"/>
            </w:tcBorders>
            <w:tcMar>
              <w:top w:w="85" w:type="dxa"/>
              <w:left w:w="80" w:type="dxa"/>
              <w:bottom w:w="105" w:type="dxa"/>
              <w:right w:w="80" w:type="dxa"/>
            </w:tcMar>
          </w:tcPr>
          <w:p w14:paraId="2210C1C4" w14:textId="77777777" w:rsidR="002744A4" w:rsidRPr="009C30C4" w:rsidRDefault="002744A4">
            <w:pPr>
              <w:spacing w:after="0" w:line="240" w:lineRule="auto"/>
              <w:rPr>
                <w:rFonts w:ascii="Century Gothic" w:hAnsi="Century Gothic"/>
              </w:rPr>
            </w:pPr>
          </w:p>
        </w:tc>
        <w:tc>
          <w:tcPr>
            <w:tcW w:w="3260" w:type="dxa"/>
            <w:tcBorders>
              <w:bottom w:val="single" w:sz="7" w:space="0" w:color="AEB8C2"/>
            </w:tcBorders>
            <w:tcMar>
              <w:top w:w="85" w:type="dxa"/>
              <w:left w:w="80" w:type="dxa"/>
              <w:bottom w:w="105" w:type="dxa"/>
              <w:right w:w="80" w:type="dxa"/>
            </w:tcMar>
          </w:tcPr>
          <w:p w14:paraId="77E6493A" w14:textId="77777777" w:rsidR="002744A4" w:rsidRPr="009C30C4" w:rsidRDefault="002744A4">
            <w:pPr>
              <w:spacing w:after="0" w:line="240" w:lineRule="auto"/>
              <w:rPr>
                <w:rFonts w:ascii="Century Gothic" w:hAnsi="Century Gothic"/>
              </w:rPr>
            </w:pPr>
          </w:p>
        </w:tc>
      </w:tr>
      <w:tr w:rsidR="002744A4" w:rsidRPr="009C30C4" w14:paraId="4EB5DC47" w14:textId="77777777">
        <w:tc>
          <w:tcPr>
            <w:tcW w:w="1780" w:type="dxa"/>
            <w:tcMar>
              <w:top w:w="85" w:type="dxa"/>
              <w:left w:w="80" w:type="dxa"/>
              <w:bottom w:w="105" w:type="dxa"/>
              <w:right w:w="80" w:type="dxa"/>
            </w:tcMar>
          </w:tcPr>
          <w:p w14:paraId="47607F48" w14:textId="77777777" w:rsidR="002744A4" w:rsidRPr="009C30C4" w:rsidRDefault="00FB17E4">
            <w:pPr>
              <w:spacing w:after="0" w:line="240" w:lineRule="auto"/>
              <w:rPr>
                <w:rFonts w:ascii="Century Gothic" w:hAnsi="Century Gothic"/>
              </w:rPr>
            </w:pPr>
            <w:r w:rsidRPr="009C30C4">
              <w:rPr>
                <w:rFonts w:ascii="Century Gothic" w:eastAsia="Calibri" w:hAnsi="Century Gothic"/>
                <w:b/>
                <w:color w:val="6B7280"/>
                <w:sz w:val="17"/>
              </w:rPr>
              <w:t>ORDINE DI SCUOLA</w:t>
            </w:r>
          </w:p>
        </w:tc>
        <w:tc>
          <w:tcPr>
            <w:tcW w:w="3260" w:type="dxa"/>
            <w:tcBorders>
              <w:bottom w:val="single" w:sz="7" w:space="0" w:color="AEB8C2"/>
            </w:tcBorders>
            <w:tcMar>
              <w:top w:w="85" w:type="dxa"/>
              <w:left w:w="80" w:type="dxa"/>
              <w:bottom w:w="105" w:type="dxa"/>
              <w:right w:w="80" w:type="dxa"/>
            </w:tcMar>
          </w:tcPr>
          <w:p w14:paraId="5BFFCF03" w14:textId="77777777" w:rsidR="002744A4" w:rsidRPr="009C30C4" w:rsidRDefault="00FB17E4">
            <w:pPr>
              <w:spacing w:after="0" w:line="240" w:lineRule="auto"/>
              <w:rPr>
                <w:rFonts w:ascii="Century Gothic" w:hAnsi="Century Gothic"/>
              </w:rPr>
            </w:pPr>
            <w:r w:rsidRPr="009C30C4">
              <w:rPr>
                <w:rFonts w:ascii="Segoe UI Symbol" w:eastAsia="Calibri" w:hAnsi="Segoe UI Symbol" w:cs="Segoe UI Symbol"/>
                <w:sz w:val="19"/>
              </w:rPr>
              <w:t>☐</w:t>
            </w:r>
            <w:r w:rsidRPr="009C30C4">
              <w:rPr>
                <w:rFonts w:ascii="Century Gothic" w:eastAsia="Calibri" w:hAnsi="Century Gothic"/>
                <w:sz w:val="19"/>
              </w:rPr>
              <w:t xml:space="preserve"> Infanzia   </w:t>
            </w:r>
            <w:r w:rsidRPr="009C30C4">
              <w:rPr>
                <w:rFonts w:ascii="Segoe UI Symbol" w:eastAsia="Calibri" w:hAnsi="Segoe UI Symbol" w:cs="Segoe UI Symbol"/>
                <w:sz w:val="19"/>
              </w:rPr>
              <w:t>☐</w:t>
            </w:r>
            <w:r w:rsidRPr="009C30C4">
              <w:rPr>
                <w:rFonts w:ascii="Century Gothic" w:eastAsia="Calibri" w:hAnsi="Century Gothic"/>
                <w:sz w:val="19"/>
              </w:rPr>
              <w:t xml:space="preserve"> Primaria</w:t>
            </w:r>
            <w:r w:rsidRPr="009C30C4">
              <w:rPr>
                <w:rFonts w:ascii="Century Gothic" w:eastAsia="Calibri" w:hAnsi="Century Gothic"/>
                <w:sz w:val="19"/>
              </w:rPr>
              <w:br/>
            </w:r>
            <w:r w:rsidRPr="009C30C4">
              <w:rPr>
                <w:rFonts w:ascii="Segoe UI Symbol" w:eastAsia="Calibri" w:hAnsi="Segoe UI Symbol" w:cs="Segoe UI Symbol"/>
                <w:sz w:val="19"/>
              </w:rPr>
              <w:t>☐</w:t>
            </w:r>
            <w:r w:rsidRPr="009C30C4">
              <w:rPr>
                <w:rFonts w:ascii="Century Gothic" w:eastAsia="Calibri" w:hAnsi="Century Gothic"/>
                <w:sz w:val="19"/>
              </w:rPr>
              <w:t xml:space="preserve"> Secondaria di I grado</w:t>
            </w:r>
          </w:p>
        </w:tc>
        <w:tc>
          <w:tcPr>
            <w:tcW w:w="1680" w:type="dxa"/>
            <w:tcMar>
              <w:top w:w="85" w:type="dxa"/>
              <w:left w:w="80" w:type="dxa"/>
              <w:bottom w:w="105" w:type="dxa"/>
              <w:right w:w="80" w:type="dxa"/>
            </w:tcMar>
          </w:tcPr>
          <w:p w14:paraId="7FB58878" w14:textId="77777777" w:rsidR="002744A4" w:rsidRPr="009C30C4" w:rsidRDefault="00FB17E4">
            <w:pPr>
              <w:spacing w:after="0" w:line="240" w:lineRule="auto"/>
              <w:rPr>
                <w:rFonts w:ascii="Century Gothic" w:hAnsi="Century Gothic"/>
              </w:rPr>
            </w:pPr>
            <w:r w:rsidRPr="009C30C4">
              <w:rPr>
                <w:rFonts w:ascii="Century Gothic" w:eastAsia="Calibri" w:hAnsi="Century Gothic"/>
                <w:b/>
                <w:color w:val="6B7280"/>
                <w:sz w:val="17"/>
              </w:rPr>
              <w:t>TIPOLOGIA</w:t>
            </w:r>
          </w:p>
        </w:tc>
        <w:tc>
          <w:tcPr>
            <w:tcW w:w="3260" w:type="dxa"/>
            <w:tcBorders>
              <w:bottom w:val="single" w:sz="7" w:space="0" w:color="AEB8C2"/>
            </w:tcBorders>
            <w:tcMar>
              <w:top w:w="85" w:type="dxa"/>
              <w:left w:w="80" w:type="dxa"/>
              <w:bottom w:w="105" w:type="dxa"/>
              <w:right w:w="80" w:type="dxa"/>
            </w:tcMar>
          </w:tcPr>
          <w:p w14:paraId="72415063" w14:textId="77777777" w:rsidR="002744A4" w:rsidRPr="009C30C4" w:rsidRDefault="00FB17E4">
            <w:pPr>
              <w:spacing w:after="0" w:line="240" w:lineRule="auto"/>
              <w:rPr>
                <w:rFonts w:ascii="Century Gothic" w:hAnsi="Century Gothic"/>
              </w:rPr>
            </w:pPr>
            <w:r w:rsidRPr="009C30C4">
              <w:rPr>
                <w:rFonts w:ascii="Segoe UI Symbol" w:eastAsia="Calibri" w:hAnsi="Segoe UI Symbol" w:cs="Segoe UI Symbol"/>
                <w:sz w:val="19"/>
              </w:rPr>
              <w:t>☐</w:t>
            </w:r>
            <w:r w:rsidRPr="009C30C4">
              <w:rPr>
                <w:rFonts w:ascii="Century Gothic" w:eastAsia="Calibri" w:hAnsi="Century Gothic"/>
                <w:sz w:val="19"/>
              </w:rPr>
              <w:t xml:space="preserve"> Comune   </w:t>
            </w:r>
            <w:r w:rsidRPr="009C30C4">
              <w:rPr>
                <w:rFonts w:ascii="Segoe UI Symbol" w:eastAsia="Calibri" w:hAnsi="Segoe UI Symbol" w:cs="Segoe UI Symbol"/>
                <w:sz w:val="19"/>
              </w:rPr>
              <w:t>☐</w:t>
            </w:r>
            <w:r w:rsidRPr="009C30C4">
              <w:rPr>
                <w:rFonts w:ascii="Century Gothic" w:eastAsia="Calibri" w:hAnsi="Century Gothic"/>
                <w:sz w:val="19"/>
              </w:rPr>
              <w:t xml:space="preserve"> Sostegno</w:t>
            </w:r>
          </w:p>
        </w:tc>
      </w:tr>
      <w:tr w:rsidR="002744A4" w:rsidRPr="009C30C4" w14:paraId="5EE9F688" w14:textId="77777777">
        <w:tc>
          <w:tcPr>
            <w:tcW w:w="1780" w:type="dxa"/>
            <w:tcMar>
              <w:top w:w="85" w:type="dxa"/>
              <w:left w:w="80" w:type="dxa"/>
              <w:bottom w:w="105" w:type="dxa"/>
              <w:right w:w="80" w:type="dxa"/>
            </w:tcMar>
          </w:tcPr>
          <w:p w14:paraId="31D06271" w14:textId="77777777" w:rsidR="002744A4" w:rsidRPr="009C30C4" w:rsidRDefault="00FB17E4">
            <w:pPr>
              <w:spacing w:after="0" w:line="240" w:lineRule="auto"/>
              <w:rPr>
                <w:rFonts w:ascii="Century Gothic" w:hAnsi="Century Gothic"/>
              </w:rPr>
            </w:pPr>
            <w:r w:rsidRPr="009C30C4">
              <w:rPr>
                <w:rFonts w:ascii="Century Gothic" w:eastAsia="Calibri" w:hAnsi="Century Gothic"/>
                <w:b/>
                <w:color w:val="6B7280"/>
                <w:sz w:val="17"/>
              </w:rPr>
              <w:t>PERIODO</w:t>
            </w:r>
          </w:p>
        </w:tc>
        <w:tc>
          <w:tcPr>
            <w:tcW w:w="3260" w:type="dxa"/>
            <w:tcBorders>
              <w:bottom w:val="single" w:sz="7" w:space="0" w:color="AEB8C2"/>
            </w:tcBorders>
            <w:tcMar>
              <w:top w:w="85" w:type="dxa"/>
              <w:left w:w="80" w:type="dxa"/>
              <w:bottom w:w="105" w:type="dxa"/>
              <w:right w:w="80" w:type="dxa"/>
            </w:tcMar>
          </w:tcPr>
          <w:p w14:paraId="225D49F1" w14:textId="77777777" w:rsidR="002744A4" w:rsidRPr="009C30C4" w:rsidRDefault="00FB17E4">
            <w:pPr>
              <w:spacing w:after="0" w:line="240" w:lineRule="auto"/>
              <w:rPr>
                <w:rFonts w:ascii="Century Gothic" w:hAnsi="Century Gothic"/>
              </w:rPr>
            </w:pPr>
            <w:r w:rsidRPr="009C30C4">
              <w:rPr>
                <w:rFonts w:ascii="Century Gothic" w:eastAsia="Calibri" w:hAnsi="Century Gothic"/>
                <w:sz w:val="19"/>
              </w:rPr>
              <w:t>dal __________ al __________</w:t>
            </w:r>
          </w:p>
        </w:tc>
        <w:tc>
          <w:tcPr>
            <w:tcW w:w="1680" w:type="dxa"/>
            <w:tcMar>
              <w:top w:w="85" w:type="dxa"/>
              <w:left w:w="80" w:type="dxa"/>
              <w:bottom w:w="105" w:type="dxa"/>
              <w:right w:w="80" w:type="dxa"/>
            </w:tcMar>
          </w:tcPr>
          <w:p w14:paraId="6FEA6190" w14:textId="77777777" w:rsidR="002744A4" w:rsidRPr="009C30C4" w:rsidRDefault="00FB17E4">
            <w:pPr>
              <w:spacing w:after="0" w:line="240" w:lineRule="auto"/>
              <w:rPr>
                <w:rFonts w:ascii="Century Gothic" w:hAnsi="Century Gothic"/>
              </w:rPr>
            </w:pPr>
            <w:r w:rsidRPr="009C30C4">
              <w:rPr>
                <w:rFonts w:ascii="Century Gothic" w:eastAsia="Calibri" w:hAnsi="Century Gothic"/>
                <w:b/>
                <w:color w:val="6B7280"/>
                <w:sz w:val="17"/>
              </w:rPr>
              <w:t>ORE SETTIMANALI</w:t>
            </w:r>
          </w:p>
        </w:tc>
        <w:tc>
          <w:tcPr>
            <w:tcW w:w="3260" w:type="dxa"/>
            <w:tcBorders>
              <w:bottom w:val="single" w:sz="7" w:space="0" w:color="AEB8C2"/>
            </w:tcBorders>
            <w:tcMar>
              <w:top w:w="85" w:type="dxa"/>
              <w:left w:w="80" w:type="dxa"/>
              <w:bottom w:w="105" w:type="dxa"/>
              <w:right w:w="80" w:type="dxa"/>
            </w:tcMar>
          </w:tcPr>
          <w:p w14:paraId="0DADC84D" w14:textId="77777777" w:rsidR="002744A4" w:rsidRPr="009C30C4" w:rsidRDefault="00FB17E4">
            <w:pPr>
              <w:spacing w:after="0" w:line="240" w:lineRule="auto"/>
              <w:rPr>
                <w:rFonts w:ascii="Century Gothic" w:hAnsi="Century Gothic"/>
              </w:rPr>
            </w:pPr>
            <w:r w:rsidRPr="009C30C4">
              <w:rPr>
                <w:rFonts w:ascii="Century Gothic" w:eastAsia="Calibri" w:hAnsi="Century Gothic"/>
                <w:sz w:val="19"/>
              </w:rPr>
              <w:t xml:space="preserve"> </w:t>
            </w:r>
          </w:p>
        </w:tc>
      </w:tr>
      <w:tr w:rsidR="002744A4" w:rsidRPr="009C30C4" w14:paraId="22A36B24" w14:textId="77777777">
        <w:tc>
          <w:tcPr>
            <w:tcW w:w="1780" w:type="dxa"/>
            <w:tcMar>
              <w:top w:w="85" w:type="dxa"/>
              <w:left w:w="80" w:type="dxa"/>
              <w:bottom w:w="105" w:type="dxa"/>
              <w:right w:w="80" w:type="dxa"/>
            </w:tcMar>
          </w:tcPr>
          <w:p w14:paraId="50A3A0F6" w14:textId="77777777" w:rsidR="002744A4" w:rsidRPr="009C30C4" w:rsidRDefault="00FB17E4">
            <w:pPr>
              <w:spacing w:after="0" w:line="240" w:lineRule="auto"/>
              <w:rPr>
                <w:rFonts w:ascii="Century Gothic" w:hAnsi="Century Gothic"/>
              </w:rPr>
            </w:pPr>
            <w:r w:rsidRPr="009C30C4">
              <w:rPr>
                <w:rFonts w:ascii="Century Gothic" w:eastAsia="Calibri" w:hAnsi="Century Gothic"/>
                <w:b/>
                <w:color w:val="6B7280"/>
                <w:sz w:val="17"/>
              </w:rPr>
              <w:t>SEDE / PLESSO</w:t>
            </w:r>
          </w:p>
        </w:tc>
        <w:tc>
          <w:tcPr>
            <w:tcW w:w="3260" w:type="dxa"/>
            <w:tcBorders>
              <w:bottom w:val="single" w:sz="7" w:space="0" w:color="AEB8C2"/>
            </w:tcBorders>
            <w:tcMar>
              <w:top w:w="85" w:type="dxa"/>
              <w:left w:w="80" w:type="dxa"/>
              <w:bottom w:w="105" w:type="dxa"/>
              <w:right w:w="80" w:type="dxa"/>
            </w:tcMar>
          </w:tcPr>
          <w:p w14:paraId="3062EA3D" w14:textId="77777777" w:rsidR="002744A4" w:rsidRPr="009C30C4" w:rsidRDefault="00FB17E4">
            <w:pPr>
              <w:spacing w:after="0" w:line="240" w:lineRule="auto"/>
              <w:rPr>
                <w:rFonts w:ascii="Century Gothic" w:hAnsi="Century Gothic"/>
              </w:rPr>
            </w:pPr>
            <w:r w:rsidRPr="009C30C4">
              <w:rPr>
                <w:rFonts w:ascii="Century Gothic" w:eastAsia="Calibri" w:hAnsi="Century Gothic"/>
                <w:sz w:val="19"/>
              </w:rPr>
              <w:t>Come indicato nell’interpello</w:t>
            </w:r>
          </w:p>
        </w:tc>
        <w:tc>
          <w:tcPr>
            <w:tcW w:w="1680" w:type="dxa"/>
            <w:tcBorders>
              <w:bottom w:val="single" w:sz="7" w:space="0" w:color="AEB8C2"/>
            </w:tcBorders>
            <w:tcMar>
              <w:top w:w="85" w:type="dxa"/>
              <w:left w:w="80" w:type="dxa"/>
              <w:bottom w:w="105" w:type="dxa"/>
              <w:right w:w="80" w:type="dxa"/>
            </w:tcMar>
          </w:tcPr>
          <w:p w14:paraId="5DC0FD13" w14:textId="77777777" w:rsidR="002744A4" w:rsidRPr="009C30C4" w:rsidRDefault="002744A4">
            <w:pPr>
              <w:spacing w:after="0" w:line="240" w:lineRule="auto"/>
              <w:rPr>
                <w:rFonts w:ascii="Century Gothic" w:hAnsi="Century Gothic"/>
              </w:rPr>
            </w:pPr>
          </w:p>
        </w:tc>
        <w:tc>
          <w:tcPr>
            <w:tcW w:w="3260" w:type="dxa"/>
            <w:tcBorders>
              <w:bottom w:val="single" w:sz="7" w:space="0" w:color="AEB8C2"/>
            </w:tcBorders>
            <w:tcMar>
              <w:top w:w="85" w:type="dxa"/>
              <w:left w:w="80" w:type="dxa"/>
              <w:bottom w:w="105" w:type="dxa"/>
              <w:right w:w="80" w:type="dxa"/>
            </w:tcMar>
          </w:tcPr>
          <w:p w14:paraId="4FB9B6B7" w14:textId="77777777" w:rsidR="002744A4" w:rsidRPr="009C30C4" w:rsidRDefault="002744A4">
            <w:pPr>
              <w:spacing w:after="0" w:line="240" w:lineRule="auto"/>
              <w:rPr>
                <w:rFonts w:ascii="Century Gothic" w:hAnsi="Century Gothic"/>
              </w:rPr>
            </w:pPr>
          </w:p>
        </w:tc>
      </w:tr>
    </w:tbl>
    <w:p w14:paraId="725203B1" w14:textId="77777777" w:rsidR="002744A4" w:rsidRPr="009C30C4" w:rsidRDefault="00FB17E4">
      <w:pPr>
        <w:pStyle w:val="SectionHeading"/>
        <w:keepNext/>
        <w:shd w:val="clear" w:color="auto" w:fill="B45309"/>
        <w:ind w:left="120" w:right="120"/>
        <w:rPr>
          <w:rFonts w:ascii="Century Gothic" w:hAnsi="Century Gothic"/>
        </w:rPr>
      </w:pPr>
      <w:r w:rsidRPr="009C30C4">
        <w:rPr>
          <w:rFonts w:ascii="Century Gothic" w:eastAsia="Calibri" w:hAnsi="Century Gothic"/>
        </w:rPr>
        <w:t xml:space="preserve">3. TITOLO DI ACCESSO </w:t>
      </w:r>
      <w:r w:rsidRPr="009C30C4">
        <w:rPr>
          <w:rFonts w:ascii="Century Gothic" w:eastAsia="Calibri" w:hAnsi="Century Gothic"/>
        </w:rPr>
        <w:t>DICHIARATO AI FINI DELL’ORDINE DI PRIORITÀ</w:t>
      </w:r>
    </w:p>
    <w:p w14:paraId="4F647F4E" w14:textId="77777777" w:rsidR="002744A4" w:rsidRPr="009C30C4" w:rsidRDefault="00FB17E4">
      <w:pPr>
        <w:spacing w:after="60"/>
        <w:rPr>
          <w:rFonts w:ascii="Century Gothic" w:hAnsi="Century Gothic"/>
        </w:rPr>
      </w:pPr>
      <w:r w:rsidRPr="009C30C4">
        <w:rPr>
          <w:rFonts w:ascii="Century Gothic" w:eastAsia="Calibri" w:hAnsi="Century Gothic"/>
        </w:rPr>
        <w:t>Selezionare una sola categoria, riferita all’ordine di scuola e alla classe di concorso/posto del singolo interpello.</w:t>
      </w:r>
    </w:p>
    <w:tbl>
      <w:tblPr>
        <w:tblW w:w="998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620"/>
        <w:gridCol w:w="9360"/>
      </w:tblGrid>
      <w:tr w:rsidR="002744A4" w:rsidRPr="009C30C4" w14:paraId="0644C250" w14:textId="77777777">
        <w:trPr>
          <w:cantSplit/>
        </w:trPr>
        <w:tc>
          <w:tcPr>
            <w:tcW w:w="620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B4530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D74C3A7" w14:textId="77777777" w:rsidR="002744A4" w:rsidRPr="009C30C4" w:rsidRDefault="00FB17E4">
            <w:pPr>
              <w:spacing w:after="0" w:line="240" w:lineRule="auto"/>
              <w:jc w:val="center"/>
              <w:rPr>
                <w:rFonts w:ascii="Century Gothic" w:hAnsi="Century Gothic"/>
              </w:rPr>
            </w:pPr>
            <w:r w:rsidRPr="009C30C4">
              <w:rPr>
                <w:rFonts w:ascii="Century Gothic" w:eastAsia="Calibri" w:hAnsi="Century Gothic"/>
                <w:b/>
                <w:color w:val="FFFFFF"/>
                <w:sz w:val="22"/>
              </w:rPr>
              <w:t>1</w:t>
            </w:r>
          </w:p>
        </w:tc>
        <w:tc>
          <w:tcPr>
            <w:tcW w:w="9360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382C238" w14:textId="77777777" w:rsidR="002744A4" w:rsidRPr="009C30C4" w:rsidRDefault="00FB17E4">
            <w:pPr>
              <w:spacing w:after="20" w:line="240" w:lineRule="auto"/>
              <w:rPr>
                <w:rFonts w:ascii="Century Gothic" w:hAnsi="Century Gothic"/>
              </w:rPr>
            </w:pPr>
            <w:r w:rsidRPr="009C30C4">
              <w:rPr>
                <w:rFonts w:ascii="Segoe UI Symbol" w:eastAsia="Calibri" w:hAnsi="Segoe UI Symbol" w:cs="Segoe UI Symbol"/>
                <w:b/>
                <w:color w:val="B45309"/>
                <w:sz w:val="17"/>
              </w:rPr>
              <w:t>☐</w:t>
            </w:r>
            <w:r w:rsidRPr="009C30C4">
              <w:rPr>
                <w:rFonts w:ascii="Century Gothic" w:eastAsia="Calibri" w:hAnsi="Century Gothic"/>
                <w:b/>
                <w:color w:val="B45309"/>
                <w:sz w:val="17"/>
              </w:rPr>
              <w:t xml:space="preserve">  Titolo abilitante per l’ordine di scuola o la classe di concorso richiesti</w:t>
            </w:r>
          </w:p>
          <w:p w14:paraId="2A61D568" w14:textId="77777777" w:rsidR="002744A4" w:rsidRPr="009C30C4" w:rsidRDefault="00FB17E4">
            <w:pPr>
              <w:spacing w:after="0" w:line="240" w:lineRule="auto"/>
              <w:rPr>
                <w:rFonts w:ascii="Century Gothic" w:hAnsi="Century Gothic"/>
              </w:rPr>
            </w:pPr>
            <w:r w:rsidRPr="009C30C4">
              <w:rPr>
                <w:rFonts w:ascii="Century Gothic" w:eastAsia="Calibri" w:hAnsi="Century Gothic"/>
                <w:color w:val="6B7280"/>
                <w:sz w:val="16"/>
              </w:rPr>
              <w:t>Infanzia/primar</w:t>
            </w:r>
            <w:r w:rsidRPr="009C30C4">
              <w:rPr>
                <w:rFonts w:ascii="Century Gothic" w:eastAsia="Calibri" w:hAnsi="Century Gothic"/>
                <w:color w:val="6B7280"/>
                <w:sz w:val="16"/>
              </w:rPr>
              <w:t>ia: laurea in SFP; secondaria I grado: abilitazione specifica. Titolo, Ateneo, data e voto: __________________________</w:t>
            </w:r>
          </w:p>
        </w:tc>
      </w:tr>
      <w:tr w:rsidR="002744A4" w:rsidRPr="009C30C4" w14:paraId="47D1EA07" w14:textId="77777777">
        <w:trPr>
          <w:cantSplit/>
        </w:trPr>
        <w:tc>
          <w:tcPr>
            <w:tcW w:w="620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B4530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6DF2E23" w14:textId="77777777" w:rsidR="002744A4" w:rsidRPr="009C30C4" w:rsidRDefault="00FB17E4">
            <w:pPr>
              <w:spacing w:after="0" w:line="240" w:lineRule="auto"/>
              <w:jc w:val="center"/>
              <w:rPr>
                <w:rFonts w:ascii="Century Gothic" w:hAnsi="Century Gothic"/>
              </w:rPr>
            </w:pPr>
            <w:r w:rsidRPr="009C30C4">
              <w:rPr>
                <w:rFonts w:ascii="Century Gothic" w:eastAsia="Calibri" w:hAnsi="Century Gothic"/>
                <w:b/>
                <w:color w:val="FFFFFF"/>
                <w:sz w:val="22"/>
              </w:rPr>
              <w:t>2</w:t>
            </w:r>
          </w:p>
        </w:tc>
        <w:tc>
          <w:tcPr>
            <w:tcW w:w="9360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AF9BB9A" w14:textId="77777777" w:rsidR="002744A4" w:rsidRPr="009C30C4" w:rsidRDefault="00FB17E4">
            <w:pPr>
              <w:spacing w:after="20" w:line="240" w:lineRule="auto"/>
              <w:rPr>
                <w:rFonts w:ascii="Century Gothic" w:hAnsi="Century Gothic"/>
              </w:rPr>
            </w:pPr>
            <w:r w:rsidRPr="009C30C4">
              <w:rPr>
                <w:rFonts w:ascii="Segoe UI Symbol" w:eastAsia="Calibri" w:hAnsi="Segoe UI Symbol" w:cs="Segoe UI Symbol"/>
                <w:b/>
                <w:color w:val="B45309"/>
                <w:sz w:val="17"/>
              </w:rPr>
              <w:t>☐</w:t>
            </w:r>
            <w:r w:rsidRPr="009C30C4">
              <w:rPr>
                <w:rFonts w:ascii="Century Gothic" w:eastAsia="Calibri" w:hAnsi="Century Gothic"/>
                <w:b/>
                <w:color w:val="B45309"/>
                <w:sz w:val="17"/>
              </w:rPr>
              <w:t xml:space="preserve">  Requisito o titolo di accesso non abilitante</w:t>
            </w:r>
          </w:p>
          <w:p w14:paraId="299EAFFB" w14:textId="77777777" w:rsidR="002744A4" w:rsidRPr="009C30C4" w:rsidRDefault="00FB17E4">
            <w:pPr>
              <w:spacing w:after="0" w:line="240" w:lineRule="auto"/>
              <w:rPr>
                <w:rFonts w:ascii="Century Gothic" w:hAnsi="Century Gothic"/>
              </w:rPr>
            </w:pPr>
            <w:r w:rsidRPr="009C30C4">
              <w:rPr>
                <w:rFonts w:ascii="Century Gothic" w:eastAsia="Calibri" w:hAnsi="Century Gothic"/>
                <w:color w:val="6B7280"/>
                <w:sz w:val="16"/>
              </w:rPr>
              <w:t xml:space="preserve">Infanzia/primaria: 3°–5° anno SFP (almeno 90 CFU); secondaria I grado: titolo </w:t>
            </w:r>
            <w:r w:rsidRPr="009C30C4">
              <w:rPr>
                <w:rFonts w:ascii="Century Gothic" w:eastAsia="Calibri" w:hAnsi="Century Gothic"/>
                <w:color w:val="6B7280"/>
                <w:sz w:val="16"/>
              </w:rPr>
              <w:t>valido per l’accesso alla CdC. Titolo/Ateneo/CFU: __________________</w:t>
            </w:r>
          </w:p>
        </w:tc>
      </w:tr>
      <w:tr w:rsidR="002744A4" w:rsidRPr="009C30C4" w14:paraId="0A4FAD1D" w14:textId="77777777">
        <w:trPr>
          <w:cantSplit/>
        </w:trPr>
        <w:tc>
          <w:tcPr>
            <w:tcW w:w="620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B4530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B0BF113" w14:textId="77777777" w:rsidR="002744A4" w:rsidRPr="009C30C4" w:rsidRDefault="00FB17E4">
            <w:pPr>
              <w:spacing w:after="0" w:line="240" w:lineRule="auto"/>
              <w:jc w:val="center"/>
              <w:rPr>
                <w:rFonts w:ascii="Century Gothic" w:hAnsi="Century Gothic"/>
              </w:rPr>
            </w:pPr>
            <w:r w:rsidRPr="009C30C4">
              <w:rPr>
                <w:rFonts w:ascii="Century Gothic" w:eastAsia="Calibri" w:hAnsi="Century Gothic"/>
                <w:b/>
                <w:color w:val="FFFFFF"/>
                <w:sz w:val="22"/>
              </w:rPr>
              <w:t>3</w:t>
            </w:r>
          </w:p>
        </w:tc>
        <w:tc>
          <w:tcPr>
            <w:tcW w:w="9360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42C3A45" w14:textId="77777777" w:rsidR="002744A4" w:rsidRPr="009C30C4" w:rsidRDefault="00FB17E4">
            <w:pPr>
              <w:spacing w:after="20" w:line="240" w:lineRule="auto"/>
              <w:rPr>
                <w:rFonts w:ascii="Century Gothic" w:hAnsi="Century Gothic"/>
              </w:rPr>
            </w:pPr>
            <w:r w:rsidRPr="009C30C4">
              <w:rPr>
                <w:rFonts w:ascii="Segoe UI Symbol" w:eastAsia="Calibri" w:hAnsi="Segoe UI Symbol" w:cs="Segoe UI Symbol"/>
                <w:b/>
                <w:color w:val="B45309"/>
                <w:sz w:val="17"/>
              </w:rPr>
              <w:t>☐</w:t>
            </w:r>
            <w:r w:rsidRPr="009C30C4">
              <w:rPr>
                <w:rFonts w:ascii="Century Gothic" w:eastAsia="Calibri" w:hAnsi="Century Gothic"/>
                <w:b/>
                <w:color w:val="B45309"/>
                <w:sz w:val="17"/>
              </w:rPr>
              <w:t xml:space="preserve">  Laurea in Psicologia o altro titolo affine all’insegnamento richiesto</w:t>
            </w:r>
          </w:p>
          <w:p w14:paraId="5FC45722" w14:textId="77777777" w:rsidR="002744A4" w:rsidRPr="009C30C4" w:rsidRDefault="00FB17E4">
            <w:pPr>
              <w:spacing w:after="0" w:line="240" w:lineRule="auto"/>
              <w:rPr>
                <w:rFonts w:ascii="Century Gothic" w:hAnsi="Century Gothic"/>
              </w:rPr>
            </w:pPr>
            <w:r w:rsidRPr="009C30C4">
              <w:rPr>
                <w:rFonts w:ascii="Century Gothic" w:eastAsia="Calibri" w:hAnsi="Century Gothic"/>
                <w:color w:val="6B7280"/>
                <w:sz w:val="16"/>
              </w:rPr>
              <w:t>Titolo, classe di laurea, Ateneo, data e votazione: ___________________________________________________________</w:t>
            </w:r>
            <w:r w:rsidRPr="009C30C4">
              <w:rPr>
                <w:rFonts w:ascii="Century Gothic" w:eastAsia="Calibri" w:hAnsi="Century Gothic"/>
                <w:color w:val="6B7280"/>
                <w:sz w:val="16"/>
              </w:rPr>
              <w:t>_</w:t>
            </w:r>
          </w:p>
        </w:tc>
      </w:tr>
      <w:tr w:rsidR="002744A4" w:rsidRPr="009C30C4" w14:paraId="6B5BAE0B" w14:textId="77777777">
        <w:trPr>
          <w:cantSplit/>
        </w:trPr>
        <w:tc>
          <w:tcPr>
            <w:tcW w:w="620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B4530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DB0EB62" w14:textId="77777777" w:rsidR="002744A4" w:rsidRPr="009C30C4" w:rsidRDefault="00FB17E4">
            <w:pPr>
              <w:spacing w:after="0" w:line="240" w:lineRule="auto"/>
              <w:jc w:val="center"/>
              <w:rPr>
                <w:rFonts w:ascii="Century Gothic" w:hAnsi="Century Gothic"/>
              </w:rPr>
            </w:pPr>
            <w:r w:rsidRPr="009C30C4">
              <w:rPr>
                <w:rFonts w:ascii="Century Gothic" w:eastAsia="Calibri" w:hAnsi="Century Gothic"/>
                <w:b/>
                <w:color w:val="FFFFFF"/>
                <w:sz w:val="22"/>
              </w:rPr>
              <w:t>4</w:t>
            </w:r>
          </w:p>
        </w:tc>
        <w:tc>
          <w:tcPr>
            <w:tcW w:w="9360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742CAC4" w14:textId="77777777" w:rsidR="002744A4" w:rsidRPr="009C30C4" w:rsidRDefault="00FB17E4">
            <w:pPr>
              <w:spacing w:after="20" w:line="240" w:lineRule="auto"/>
              <w:rPr>
                <w:rFonts w:ascii="Century Gothic" w:hAnsi="Century Gothic"/>
              </w:rPr>
            </w:pPr>
            <w:r w:rsidRPr="009C30C4">
              <w:rPr>
                <w:rFonts w:ascii="Segoe UI Symbol" w:eastAsia="Calibri" w:hAnsi="Segoe UI Symbol" w:cs="Segoe UI Symbol"/>
                <w:b/>
                <w:color w:val="B45309"/>
                <w:sz w:val="17"/>
              </w:rPr>
              <w:t>☐</w:t>
            </w:r>
            <w:r w:rsidRPr="009C30C4">
              <w:rPr>
                <w:rFonts w:ascii="Century Gothic" w:eastAsia="Calibri" w:hAnsi="Century Gothic"/>
                <w:b/>
                <w:color w:val="B45309"/>
                <w:sz w:val="17"/>
              </w:rPr>
              <w:t xml:space="preserve">  Altro titolo di studio previsto dal singolo interpello</w:t>
            </w:r>
          </w:p>
          <w:p w14:paraId="5869BBEF" w14:textId="77777777" w:rsidR="002744A4" w:rsidRPr="009C30C4" w:rsidRDefault="00FB17E4">
            <w:pPr>
              <w:spacing w:after="0" w:line="240" w:lineRule="auto"/>
              <w:rPr>
                <w:rFonts w:ascii="Century Gothic" w:hAnsi="Century Gothic"/>
              </w:rPr>
            </w:pPr>
            <w:r w:rsidRPr="009C30C4">
              <w:rPr>
                <w:rFonts w:ascii="Century Gothic" w:eastAsia="Calibri" w:hAnsi="Century Gothic"/>
                <w:color w:val="6B7280"/>
                <w:sz w:val="16"/>
              </w:rPr>
              <w:t>Titolo, Istituzione e data: _______________________________________________________________________________</w:t>
            </w:r>
          </w:p>
        </w:tc>
      </w:tr>
    </w:tbl>
    <w:p w14:paraId="3730BD41" w14:textId="77777777" w:rsidR="002744A4" w:rsidRPr="009C30C4" w:rsidRDefault="00FB17E4">
      <w:pPr>
        <w:spacing w:before="60" w:after="0"/>
        <w:rPr>
          <w:rFonts w:ascii="Century Gothic" w:hAnsi="Century Gothic"/>
        </w:rPr>
      </w:pPr>
      <w:r w:rsidRPr="009C30C4">
        <w:rPr>
          <w:rFonts w:ascii="Century Gothic" w:hAnsi="Century Gothic"/>
          <w:b/>
          <w:color w:val="B45309"/>
          <w:sz w:val="17"/>
        </w:rPr>
        <w:t xml:space="preserve">Per il sostegno:  </w:t>
      </w:r>
      <w:r w:rsidRPr="009C30C4">
        <w:rPr>
          <w:rFonts w:ascii="Segoe UI Symbol" w:hAnsi="Segoe UI Symbol" w:cs="Segoe UI Symbol"/>
          <w:b/>
          <w:color w:val="B45309"/>
          <w:sz w:val="17"/>
        </w:rPr>
        <w:t>☐</w:t>
      </w:r>
      <w:r w:rsidRPr="009C30C4">
        <w:rPr>
          <w:rFonts w:ascii="Century Gothic" w:hAnsi="Century Gothic"/>
          <w:b/>
          <w:color w:val="B45309"/>
          <w:sz w:val="17"/>
        </w:rPr>
        <w:t xml:space="preserve"> specializzazione infanzia   </w:t>
      </w:r>
      <w:r w:rsidRPr="009C30C4">
        <w:rPr>
          <w:rFonts w:ascii="Segoe UI Symbol" w:hAnsi="Segoe UI Symbol" w:cs="Segoe UI Symbol"/>
          <w:b/>
          <w:color w:val="B45309"/>
          <w:sz w:val="17"/>
        </w:rPr>
        <w:t>☐</w:t>
      </w:r>
      <w:r w:rsidRPr="009C30C4">
        <w:rPr>
          <w:rFonts w:ascii="Century Gothic" w:hAnsi="Century Gothic"/>
          <w:b/>
          <w:color w:val="B45309"/>
          <w:sz w:val="17"/>
        </w:rPr>
        <w:t xml:space="preserve"> specializzazione primaria   </w:t>
      </w:r>
      <w:r w:rsidRPr="009C30C4">
        <w:rPr>
          <w:rFonts w:ascii="Segoe UI Symbol" w:hAnsi="Segoe UI Symbol" w:cs="Segoe UI Symbol"/>
          <w:b/>
          <w:color w:val="B45309"/>
          <w:sz w:val="17"/>
        </w:rPr>
        <w:t>☐</w:t>
      </w:r>
      <w:r w:rsidRPr="009C30C4">
        <w:rPr>
          <w:rFonts w:ascii="Century Gothic" w:hAnsi="Century Gothic"/>
          <w:b/>
          <w:color w:val="B45309"/>
          <w:sz w:val="17"/>
        </w:rPr>
        <w:t xml:space="preserve"> specializzazione secondaria I grado   </w:t>
      </w:r>
      <w:r w:rsidRPr="009C30C4">
        <w:rPr>
          <w:rFonts w:ascii="Segoe UI Symbol" w:hAnsi="Segoe UI Symbol" w:cs="Segoe UI Symbol"/>
          <w:b/>
          <w:color w:val="B45309"/>
          <w:sz w:val="17"/>
        </w:rPr>
        <w:t>☐</w:t>
      </w:r>
      <w:r w:rsidRPr="009C30C4">
        <w:rPr>
          <w:rFonts w:ascii="Century Gothic" w:hAnsi="Century Gothic"/>
          <w:b/>
          <w:color w:val="B45309"/>
          <w:sz w:val="17"/>
        </w:rPr>
        <w:t xml:space="preserve"> non specializzato/a</w:t>
      </w:r>
      <w:r w:rsidRPr="009C30C4">
        <w:rPr>
          <w:rFonts w:ascii="Century Gothic" w:hAnsi="Century Gothic"/>
          <w:color w:val="6B7280"/>
          <w:sz w:val="16"/>
        </w:rPr>
        <w:br/>
        <w:t>Titolo/Ateneo/data: _______________________________________________________________________________________</w:t>
      </w:r>
    </w:p>
    <w:p w14:paraId="63D937C2" w14:textId="77777777" w:rsidR="002744A4" w:rsidRPr="009C30C4" w:rsidRDefault="002744A4">
      <w:pPr>
        <w:rPr>
          <w:rFonts w:ascii="Century Gothic" w:hAnsi="Century Gothic"/>
        </w:rPr>
      </w:pPr>
    </w:p>
    <w:p w14:paraId="1F3D02D1" w14:textId="77777777" w:rsidR="002744A4" w:rsidRPr="009C30C4" w:rsidRDefault="00FB17E4">
      <w:pPr>
        <w:pStyle w:val="SectionHeading"/>
        <w:keepNext/>
        <w:shd w:val="clear" w:color="auto" w:fill="B45309"/>
        <w:ind w:left="120" w:right="120"/>
        <w:rPr>
          <w:rFonts w:ascii="Century Gothic" w:hAnsi="Century Gothic"/>
        </w:rPr>
      </w:pPr>
      <w:r w:rsidRPr="009C30C4">
        <w:rPr>
          <w:rFonts w:ascii="Century Gothic" w:eastAsia="Calibri" w:hAnsi="Century Gothic"/>
        </w:rPr>
        <w:lastRenderedPageBreak/>
        <w:t>4. SERVIZI DI INSEGNAMENTO</w:t>
      </w:r>
    </w:p>
    <w:p w14:paraId="02A1D0A4" w14:textId="77777777" w:rsidR="002744A4" w:rsidRPr="009C30C4" w:rsidRDefault="00FB17E4">
      <w:pPr>
        <w:spacing w:after="28" w:line="240" w:lineRule="auto"/>
        <w:ind w:left="187" w:hanging="29"/>
        <w:rPr>
          <w:rFonts w:ascii="Century Gothic" w:hAnsi="Century Gothic"/>
        </w:rPr>
      </w:pPr>
      <w:r w:rsidRPr="009C30C4">
        <w:rPr>
          <w:rFonts w:ascii="Segoe UI Symbol" w:hAnsi="Segoe UI Symbol" w:cs="Segoe UI Symbol"/>
          <w:b/>
          <w:color w:val="B45309"/>
          <w:sz w:val="17"/>
        </w:rPr>
        <w:t>☐</w:t>
      </w:r>
      <w:r w:rsidRPr="009C30C4">
        <w:rPr>
          <w:rFonts w:ascii="Century Gothic" w:hAnsi="Century Gothic"/>
          <w:b/>
          <w:color w:val="B45309"/>
          <w:sz w:val="17"/>
        </w:rPr>
        <w:t xml:space="preserve">  </w:t>
      </w:r>
      <w:r w:rsidRPr="009C30C4">
        <w:rPr>
          <w:rFonts w:ascii="Century Gothic" w:hAnsi="Century Gothic"/>
          <w:color w:val="303844"/>
          <w:sz w:val="17"/>
        </w:rPr>
        <w:t>Ho già prestato servizio p</w:t>
      </w:r>
      <w:r w:rsidRPr="009C30C4">
        <w:rPr>
          <w:rFonts w:ascii="Century Gothic" w:hAnsi="Century Gothic"/>
          <w:color w:val="303844"/>
          <w:sz w:val="17"/>
        </w:rPr>
        <w:t>resso l’Istituto Comprensivo di Cadorago.</w:t>
      </w:r>
    </w:p>
    <w:p w14:paraId="14CDC659" w14:textId="77777777" w:rsidR="002744A4" w:rsidRPr="009C30C4" w:rsidRDefault="00FB17E4">
      <w:pPr>
        <w:spacing w:after="36" w:line="245" w:lineRule="auto"/>
        <w:ind w:left="187" w:hanging="29"/>
        <w:rPr>
          <w:rFonts w:ascii="Century Gothic" w:hAnsi="Century Gothic"/>
        </w:rPr>
      </w:pPr>
      <w:r w:rsidRPr="009C30C4">
        <w:rPr>
          <w:rFonts w:ascii="Segoe UI Symbol" w:hAnsi="Segoe UI Symbol" w:cs="Segoe UI Symbol"/>
          <w:b/>
          <w:color w:val="B45309"/>
          <w:sz w:val="18"/>
        </w:rPr>
        <w:t>☐</w:t>
      </w:r>
      <w:r w:rsidRPr="009C30C4">
        <w:rPr>
          <w:rFonts w:ascii="Century Gothic" w:hAnsi="Century Gothic"/>
          <w:b/>
          <w:color w:val="B45309"/>
          <w:sz w:val="18"/>
        </w:rPr>
        <w:t xml:space="preserve">  </w:t>
      </w:r>
      <w:r w:rsidRPr="009C30C4">
        <w:rPr>
          <w:rFonts w:ascii="Century Gothic" w:hAnsi="Century Gothic"/>
          <w:sz w:val="18"/>
        </w:rPr>
        <w:t>Ho già prestato servizio per la medesima classe di concorso o tipologia di posto richiesta.</w:t>
      </w:r>
    </w:p>
    <w:tbl>
      <w:tblPr>
        <w:tblW w:w="998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1550"/>
        <w:gridCol w:w="3490"/>
        <w:gridCol w:w="1500"/>
        <w:gridCol w:w="3440"/>
      </w:tblGrid>
      <w:tr w:rsidR="002744A4" w:rsidRPr="009C30C4" w14:paraId="66CE3B14" w14:textId="77777777">
        <w:tc>
          <w:tcPr>
            <w:tcW w:w="1550" w:type="dxa"/>
            <w:tcMar>
              <w:top w:w="85" w:type="dxa"/>
              <w:left w:w="80" w:type="dxa"/>
              <w:bottom w:w="105" w:type="dxa"/>
              <w:right w:w="80" w:type="dxa"/>
            </w:tcMar>
          </w:tcPr>
          <w:p w14:paraId="353F029A" w14:textId="77777777" w:rsidR="002744A4" w:rsidRPr="009C30C4" w:rsidRDefault="00FB17E4">
            <w:pPr>
              <w:spacing w:after="0" w:line="240" w:lineRule="auto"/>
              <w:rPr>
                <w:rFonts w:ascii="Century Gothic" w:hAnsi="Century Gothic"/>
              </w:rPr>
            </w:pPr>
            <w:r w:rsidRPr="009C30C4">
              <w:rPr>
                <w:rFonts w:ascii="Century Gothic" w:eastAsia="Calibri" w:hAnsi="Century Gothic"/>
                <w:b/>
                <w:color w:val="6B7280"/>
                <w:sz w:val="17"/>
              </w:rPr>
              <w:t>ISTITUZIONE</w:t>
            </w:r>
          </w:p>
        </w:tc>
        <w:tc>
          <w:tcPr>
            <w:tcW w:w="3490" w:type="dxa"/>
            <w:tcBorders>
              <w:bottom w:val="single" w:sz="7" w:space="0" w:color="AEB8C2"/>
            </w:tcBorders>
            <w:tcMar>
              <w:top w:w="85" w:type="dxa"/>
              <w:left w:w="80" w:type="dxa"/>
              <w:bottom w:w="105" w:type="dxa"/>
              <w:right w:w="80" w:type="dxa"/>
            </w:tcMar>
          </w:tcPr>
          <w:p w14:paraId="4D539640" w14:textId="77777777" w:rsidR="002744A4" w:rsidRPr="009C30C4" w:rsidRDefault="00FB17E4">
            <w:pPr>
              <w:spacing w:after="0" w:line="240" w:lineRule="auto"/>
              <w:rPr>
                <w:rFonts w:ascii="Century Gothic" w:hAnsi="Century Gothic"/>
              </w:rPr>
            </w:pPr>
            <w:r w:rsidRPr="009C30C4">
              <w:rPr>
                <w:rFonts w:ascii="Century Gothic" w:eastAsia="Calibri" w:hAnsi="Century Gothic"/>
                <w:sz w:val="19"/>
              </w:rPr>
              <w:t>Denominazione della scuola</w:t>
            </w:r>
          </w:p>
        </w:tc>
        <w:tc>
          <w:tcPr>
            <w:tcW w:w="1500" w:type="dxa"/>
            <w:tcBorders>
              <w:bottom w:val="single" w:sz="7" w:space="0" w:color="AEB8C2"/>
            </w:tcBorders>
            <w:tcMar>
              <w:top w:w="85" w:type="dxa"/>
              <w:left w:w="80" w:type="dxa"/>
              <w:bottom w:w="105" w:type="dxa"/>
              <w:right w:w="80" w:type="dxa"/>
            </w:tcMar>
          </w:tcPr>
          <w:p w14:paraId="1AB7F9F5" w14:textId="77777777" w:rsidR="002744A4" w:rsidRPr="009C30C4" w:rsidRDefault="002744A4">
            <w:pPr>
              <w:spacing w:after="0" w:line="240" w:lineRule="auto"/>
              <w:rPr>
                <w:rFonts w:ascii="Century Gothic" w:hAnsi="Century Gothic"/>
              </w:rPr>
            </w:pPr>
          </w:p>
        </w:tc>
        <w:tc>
          <w:tcPr>
            <w:tcW w:w="3440" w:type="dxa"/>
            <w:tcBorders>
              <w:bottom w:val="single" w:sz="7" w:space="0" w:color="AEB8C2"/>
            </w:tcBorders>
            <w:tcMar>
              <w:top w:w="85" w:type="dxa"/>
              <w:left w:w="80" w:type="dxa"/>
              <w:bottom w:w="105" w:type="dxa"/>
              <w:right w:w="80" w:type="dxa"/>
            </w:tcMar>
          </w:tcPr>
          <w:p w14:paraId="1EFCE447" w14:textId="77777777" w:rsidR="002744A4" w:rsidRPr="009C30C4" w:rsidRDefault="002744A4">
            <w:pPr>
              <w:spacing w:after="0" w:line="240" w:lineRule="auto"/>
              <w:rPr>
                <w:rFonts w:ascii="Century Gothic" w:hAnsi="Century Gothic"/>
              </w:rPr>
            </w:pPr>
          </w:p>
        </w:tc>
      </w:tr>
      <w:tr w:rsidR="002744A4" w:rsidRPr="009C30C4" w14:paraId="0C2FD525" w14:textId="77777777">
        <w:tc>
          <w:tcPr>
            <w:tcW w:w="1550" w:type="dxa"/>
            <w:tcMar>
              <w:top w:w="85" w:type="dxa"/>
              <w:left w:w="80" w:type="dxa"/>
              <w:bottom w:w="105" w:type="dxa"/>
              <w:right w:w="80" w:type="dxa"/>
            </w:tcMar>
          </w:tcPr>
          <w:p w14:paraId="10BD4C74" w14:textId="77777777" w:rsidR="002744A4" w:rsidRPr="009C30C4" w:rsidRDefault="00FB17E4">
            <w:pPr>
              <w:spacing w:after="0" w:line="240" w:lineRule="auto"/>
              <w:rPr>
                <w:rFonts w:ascii="Century Gothic" w:hAnsi="Century Gothic"/>
              </w:rPr>
            </w:pPr>
            <w:r w:rsidRPr="009C30C4">
              <w:rPr>
                <w:rFonts w:ascii="Century Gothic" w:eastAsia="Calibri" w:hAnsi="Century Gothic"/>
                <w:b/>
                <w:color w:val="6B7280"/>
                <w:sz w:val="17"/>
              </w:rPr>
              <w:t>CLASSE DI CONCORSO / POSTO</w:t>
            </w:r>
          </w:p>
        </w:tc>
        <w:tc>
          <w:tcPr>
            <w:tcW w:w="3490" w:type="dxa"/>
            <w:tcBorders>
              <w:bottom w:val="single" w:sz="7" w:space="0" w:color="AEB8C2"/>
            </w:tcBorders>
            <w:tcMar>
              <w:top w:w="85" w:type="dxa"/>
              <w:left w:w="80" w:type="dxa"/>
              <w:bottom w:w="105" w:type="dxa"/>
              <w:right w:w="80" w:type="dxa"/>
            </w:tcMar>
          </w:tcPr>
          <w:p w14:paraId="492ABDFB" w14:textId="77777777" w:rsidR="002744A4" w:rsidRPr="009C30C4" w:rsidRDefault="00FB17E4">
            <w:pPr>
              <w:spacing w:after="0" w:line="240" w:lineRule="auto"/>
              <w:rPr>
                <w:rFonts w:ascii="Century Gothic" w:hAnsi="Century Gothic"/>
              </w:rPr>
            </w:pPr>
            <w:r w:rsidRPr="009C30C4">
              <w:rPr>
                <w:rFonts w:ascii="Century Gothic" w:eastAsia="Calibri" w:hAnsi="Century Gothic"/>
                <w:sz w:val="19"/>
              </w:rPr>
              <w:t>Codice e tipologia</w:t>
            </w:r>
          </w:p>
        </w:tc>
        <w:tc>
          <w:tcPr>
            <w:tcW w:w="1500" w:type="dxa"/>
            <w:tcMar>
              <w:top w:w="85" w:type="dxa"/>
              <w:left w:w="80" w:type="dxa"/>
              <w:bottom w:w="105" w:type="dxa"/>
              <w:right w:w="80" w:type="dxa"/>
            </w:tcMar>
          </w:tcPr>
          <w:p w14:paraId="07C716BC" w14:textId="77777777" w:rsidR="002744A4" w:rsidRPr="009C30C4" w:rsidRDefault="00FB17E4">
            <w:pPr>
              <w:spacing w:after="0" w:line="240" w:lineRule="auto"/>
              <w:rPr>
                <w:rFonts w:ascii="Century Gothic" w:hAnsi="Century Gothic"/>
              </w:rPr>
            </w:pPr>
            <w:r w:rsidRPr="009C30C4">
              <w:rPr>
                <w:rFonts w:ascii="Century Gothic" w:eastAsia="Calibri" w:hAnsi="Century Gothic"/>
                <w:b/>
                <w:color w:val="6B7280"/>
                <w:sz w:val="17"/>
              </w:rPr>
              <w:t>PERIODO</w:t>
            </w:r>
          </w:p>
        </w:tc>
        <w:tc>
          <w:tcPr>
            <w:tcW w:w="3440" w:type="dxa"/>
            <w:tcBorders>
              <w:bottom w:val="single" w:sz="7" w:space="0" w:color="AEB8C2"/>
            </w:tcBorders>
            <w:tcMar>
              <w:top w:w="85" w:type="dxa"/>
              <w:left w:w="80" w:type="dxa"/>
              <w:bottom w:w="105" w:type="dxa"/>
              <w:right w:w="80" w:type="dxa"/>
            </w:tcMar>
          </w:tcPr>
          <w:p w14:paraId="7BBFE7E2" w14:textId="77777777" w:rsidR="002744A4" w:rsidRPr="009C30C4" w:rsidRDefault="00FB17E4">
            <w:pPr>
              <w:spacing w:after="0" w:line="240" w:lineRule="auto"/>
              <w:rPr>
                <w:rFonts w:ascii="Century Gothic" w:hAnsi="Century Gothic"/>
              </w:rPr>
            </w:pPr>
            <w:r w:rsidRPr="009C30C4">
              <w:rPr>
                <w:rFonts w:ascii="Century Gothic" w:eastAsia="Calibri" w:hAnsi="Century Gothic"/>
                <w:sz w:val="19"/>
              </w:rPr>
              <w:t xml:space="preserve">dal </w:t>
            </w:r>
            <w:r w:rsidRPr="009C30C4">
              <w:rPr>
                <w:rFonts w:ascii="Century Gothic" w:eastAsia="Calibri" w:hAnsi="Century Gothic"/>
                <w:sz w:val="19"/>
              </w:rPr>
              <w:t>__________ al __________</w:t>
            </w:r>
          </w:p>
        </w:tc>
      </w:tr>
      <w:tr w:rsidR="002744A4" w:rsidRPr="009C30C4" w14:paraId="14339CC0" w14:textId="77777777">
        <w:tc>
          <w:tcPr>
            <w:tcW w:w="1550" w:type="dxa"/>
            <w:tcMar>
              <w:top w:w="85" w:type="dxa"/>
              <w:left w:w="80" w:type="dxa"/>
              <w:bottom w:w="105" w:type="dxa"/>
              <w:right w:w="80" w:type="dxa"/>
            </w:tcMar>
          </w:tcPr>
          <w:p w14:paraId="2210B2A7" w14:textId="77777777" w:rsidR="002744A4" w:rsidRPr="009C30C4" w:rsidRDefault="00FB17E4">
            <w:pPr>
              <w:spacing w:after="0" w:line="240" w:lineRule="auto"/>
              <w:rPr>
                <w:rFonts w:ascii="Century Gothic" w:hAnsi="Century Gothic"/>
              </w:rPr>
            </w:pPr>
            <w:r w:rsidRPr="009C30C4">
              <w:rPr>
                <w:rFonts w:ascii="Century Gothic" w:eastAsia="Calibri" w:hAnsi="Century Gothic"/>
                <w:b/>
                <w:color w:val="6B7280"/>
                <w:sz w:val="17"/>
              </w:rPr>
              <w:t>ALTRI SERVIZI</w:t>
            </w:r>
          </w:p>
        </w:tc>
        <w:tc>
          <w:tcPr>
            <w:tcW w:w="3490" w:type="dxa"/>
            <w:tcBorders>
              <w:bottom w:val="single" w:sz="7" w:space="0" w:color="AEB8C2"/>
            </w:tcBorders>
            <w:tcMar>
              <w:top w:w="85" w:type="dxa"/>
              <w:left w:w="80" w:type="dxa"/>
              <w:bottom w:w="105" w:type="dxa"/>
              <w:right w:w="80" w:type="dxa"/>
            </w:tcMar>
          </w:tcPr>
          <w:p w14:paraId="75A26BB5" w14:textId="77777777" w:rsidR="002744A4" w:rsidRPr="009C30C4" w:rsidRDefault="00FB17E4">
            <w:pPr>
              <w:spacing w:after="0" w:line="240" w:lineRule="auto"/>
              <w:rPr>
                <w:rFonts w:ascii="Century Gothic" w:hAnsi="Century Gothic"/>
              </w:rPr>
            </w:pPr>
            <w:r w:rsidRPr="009C30C4">
              <w:rPr>
                <w:rFonts w:ascii="Century Gothic" w:eastAsia="Calibri" w:hAnsi="Century Gothic"/>
                <w:sz w:val="19"/>
              </w:rPr>
              <w:t>Specificare nel curriculum allegato</w:t>
            </w:r>
          </w:p>
        </w:tc>
        <w:tc>
          <w:tcPr>
            <w:tcW w:w="1500" w:type="dxa"/>
            <w:tcBorders>
              <w:bottom w:val="single" w:sz="7" w:space="0" w:color="AEB8C2"/>
            </w:tcBorders>
            <w:tcMar>
              <w:top w:w="85" w:type="dxa"/>
              <w:left w:w="80" w:type="dxa"/>
              <w:bottom w:w="105" w:type="dxa"/>
              <w:right w:w="80" w:type="dxa"/>
            </w:tcMar>
          </w:tcPr>
          <w:p w14:paraId="730B040C" w14:textId="77777777" w:rsidR="002744A4" w:rsidRPr="009C30C4" w:rsidRDefault="002744A4">
            <w:pPr>
              <w:spacing w:after="0" w:line="240" w:lineRule="auto"/>
              <w:rPr>
                <w:rFonts w:ascii="Century Gothic" w:hAnsi="Century Gothic"/>
              </w:rPr>
            </w:pPr>
          </w:p>
        </w:tc>
        <w:tc>
          <w:tcPr>
            <w:tcW w:w="3440" w:type="dxa"/>
            <w:tcBorders>
              <w:bottom w:val="single" w:sz="7" w:space="0" w:color="AEB8C2"/>
            </w:tcBorders>
            <w:tcMar>
              <w:top w:w="85" w:type="dxa"/>
              <w:left w:w="80" w:type="dxa"/>
              <w:bottom w:w="105" w:type="dxa"/>
              <w:right w:w="80" w:type="dxa"/>
            </w:tcMar>
          </w:tcPr>
          <w:p w14:paraId="08A745F6" w14:textId="77777777" w:rsidR="002744A4" w:rsidRPr="009C30C4" w:rsidRDefault="002744A4">
            <w:pPr>
              <w:spacing w:after="0" w:line="240" w:lineRule="auto"/>
              <w:rPr>
                <w:rFonts w:ascii="Century Gothic" w:hAnsi="Century Gothic"/>
              </w:rPr>
            </w:pPr>
          </w:p>
        </w:tc>
      </w:tr>
    </w:tbl>
    <w:p w14:paraId="1B1135F0" w14:textId="77777777" w:rsidR="002744A4" w:rsidRPr="009C30C4" w:rsidRDefault="00FB17E4">
      <w:pPr>
        <w:pStyle w:val="SectionHeading"/>
        <w:keepNext/>
        <w:shd w:val="clear" w:color="auto" w:fill="B45309"/>
        <w:ind w:left="120" w:right="120"/>
        <w:rPr>
          <w:rFonts w:ascii="Century Gothic" w:hAnsi="Century Gothic"/>
        </w:rPr>
      </w:pPr>
      <w:r w:rsidRPr="009C30C4">
        <w:rPr>
          <w:rFonts w:ascii="Century Gothic" w:eastAsia="Calibri" w:hAnsi="Century Gothic"/>
        </w:rPr>
        <w:t>5. DICHIARAZIONI SOSTITUTIVE</w:t>
      </w:r>
    </w:p>
    <w:p w14:paraId="7E4EF6E6" w14:textId="77777777" w:rsidR="002744A4" w:rsidRPr="009C30C4" w:rsidRDefault="00FB17E4">
      <w:pPr>
        <w:spacing w:after="60"/>
        <w:rPr>
          <w:rFonts w:ascii="Century Gothic" w:hAnsi="Century Gothic"/>
        </w:rPr>
      </w:pPr>
      <w:r w:rsidRPr="009C30C4">
        <w:rPr>
          <w:rFonts w:ascii="Century Gothic" w:eastAsia="Calibri" w:hAnsi="Century Gothic"/>
        </w:rPr>
        <w:t>Ai sensi degli artt. 46 e 47 del D.P.R. n. 445/2000, il/la sottoscritto/a dichiara:</w:t>
      </w:r>
    </w:p>
    <w:p w14:paraId="3662D708" w14:textId="77777777" w:rsidR="002744A4" w:rsidRPr="009C30C4" w:rsidRDefault="00FB17E4">
      <w:pPr>
        <w:spacing w:after="27" w:line="240" w:lineRule="auto"/>
        <w:ind w:left="187" w:hanging="29"/>
        <w:rPr>
          <w:rFonts w:ascii="Century Gothic" w:hAnsi="Century Gothic"/>
        </w:rPr>
      </w:pPr>
      <w:r w:rsidRPr="009C30C4">
        <w:rPr>
          <w:rFonts w:ascii="Segoe UI Symbol" w:eastAsia="DejaVu Sans" w:hAnsi="Segoe UI Symbol" w:cs="Segoe UI Symbol"/>
          <w:b/>
          <w:color w:val="B45309"/>
          <w:sz w:val="17"/>
        </w:rPr>
        <w:t>☐</w:t>
      </w:r>
      <w:r w:rsidRPr="009C30C4">
        <w:rPr>
          <w:rFonts w:ascii="Century Gothic" w:eastAsia="DejaVu Sans" w:hAnsi="Century Gothic"/>
          <w:b/>
          <w:color w:val="303844"/>
          <w:sz w:val="17"/>
        </w:rPr>
        <w:t xml:space="preserve">  </w:t>
      </w:r>
      <w:r w:rsidRPr="009C30C4">
        <w:rPr>
          <w:rFonts w:ascii="Century Gothic" w:eastAsia="Calibri" w:hAnsi="Century Gothic"/>
          <w:color w:val="303844"/>
          <w:sz w:val="17"/>
        </w:rPr>
        <w:t xml:space="preserve">di possedere i requisiti generali di accesso </w:t>
      </w:r>
      <w:r w:rsidRPr="009C30C4">
        <w:rPr>
          <w:rFonts w:ascii="Century Gothic" w:eastAsia="Calibri" w:hAnsi="Century Gothic"/>
          <w:color w:val="303844"/>
          <w:sz w:val="17"/>
        </w:rPr>
        <w:t>all’impiego pubblico e alle funzioni del personale docente; di essere cittadino/a italiano/a o dell’Unione europea e, in quest’ultimo caso, di avere un’adeguata conoscenza della lingua italiana; di avere l’età prevista dalla normativa vigente, godere dei d</w:t>
      </w:r>
      <w:r w:rsidRPr="009C30C4">
        <w:rPr>
          <w:rFonts w:ascii="Century Gothic" w:eastAsia="Calibri" w:hAnsi="Century Gothic"/>
          <w:color w:val="303844"/>
          <w:sz w:val="17"/>
        </w:rPr>
        <w:t>iritti civili e politici ed essere fisicamente idoneo/a;</w:t>
      </w:r>
    </w:p>
    <w:p w14:paraId="08E022F4" w14:textId="77777777" w:rsidR="002744A4" w:rsidRPr="009C30C4" w:rsidRDefault="00FB17E4">
      <w:pPr>
        <w:spacing w:after="27" w:line="240" w:lineRule="auto"/>
        <w:ind w:left="187" w:hanging="29"/>
        <w:rPr>
          <w:rFonts w:ascii="Century Gothic" w:hAnsi="Century Gothic"/>
        </w:rPr>
      </w:pPr>
      <w:r w:rsidRPr="009C30C4">
        <w:rPr>
          <w:rFonts w:ascii="Segoe UI Symbol" w:eastAsia="DejaVu Sans" w:hAnsi="Segoe UI Symbol" w:cs="Segoe UI Symbol"/>
          <w:b/>
          <w:color w:val="B45309"/>
          <w:sz w:val="17"/>
        </w:rPr>
        <w:t>☐</w:t>
      </w:r>
      <w:r w:rsidRPr="009C30C4">
        <w:rPr>
          <w:rFonts w:ascii="Century Gothic" w:eastAsia="DejaVu Sans" w:hAnsi="Century Gothic"/>
          <w:b/>
          <w:color w:val="303844"/>
          <w:sz w:val="17"/>
        </w:rPr>
        <w:t xml:space="preserve">  </w:t>
      </w:r>
      <w:r w:rsidRPr="009C30C4">
        <w:rPr>
          <w:rFonts w:ascii="Century Gothic" w:eastAsia="Calibri" w:hAnsi="Century Gothic"/>
          <w:color w:val="303844"/>
          <w:sz w:val="17"/>
        </w:rPr>
        <w:t>di essere iscritto/a nelle liste elettorali del Comune di ______________________________ e di non essere escluso/a dall’elettorato politico attivo;</w:t>
      </w:r>
    </w:p>
    <w:p w14:paraId="19A9A457" w14:textId="77777777" w:rsidR="002744A4" w:rsidRPr="009C30C4" w:rsidRDefault="00FB17E4">
      <w:pPr>
        <w:spacing w:after="27" w:line="240" w:lineRule="auto"/>
        <w:ind w:left="187" w:hanging="29"/>
        <w:rPr>
          <w:rFonts w:ascii="Century Gothic" w:hAnsi="Century Gothic"/>
        </w:rPr>
      </w:pPr>
      <w:r w:rsidRPr="009C30C4">
        <w:rPr>
          <w:rFonts w:ascii="Segoe UI Symbol" w:eastAsia="DejaVu Sans" w:hAnsi="Segoe UI Symbol" w:cs="Segoe UI Symbol"/>
          <w:b/>
          <w:color w:val="B45309"/>
          <w:sz w:val="17"/>
        </w:rPr>
        <w:t>☐</w:t>
      </w:r>
      <w:r w:rsidRPr="009C30C4">
        <w:rPr>
          <w:rFonts w:ascii="Century Gothic" w:eastAsia="DejaVu Sans" w:hAnsi="Century Gothic"/>
          <w:b/>
          <w:color w:val="303844"/>
          <w:sz w:val="17"/>
        </w:rPr>
        <w:t xml:space="preserve">  </w:t>
      </w:r>
      <w:r w:rsidRPr="009C30C4">
        <w:rPr>
          <w:rFonts w:ascii="Century Gothic" w:eastAsia="Calibri" w:hAnsi="Century Gothic"/>
          <w:color w:val="303844"/>
          <w:sz w:val="17"/>
        </w:rPr>
        <w:t xml:space="preserve">di non essere stato/a </w:t>
      </w:r>
      <w:r w:rsidRPr="009C30C4">
        <w:rPr>
          <w:rFonts w:ascii="Century Gothic" w:eastAsia="Calibri" w:hAnsi="Century Gothic"/>
          <w:color w:val="303844"/>
          <w:sz w:val="17"/>
        </w:rPr>
        <w:t>dispensato/a dal servizio per mancato superamento del periodo di prova o per incapacità didattica, ai sensi degli artt. 439 e 512 del D.lgs. n. 297/1994;</w:t>
      </w:r>
    </w:p>
    <w:p w14:paraId="1C124BD7" w14:textId="77777777" w:rsidR="002744A4" w:rsidRPr="009C30C4" w:rsidRDefault="00FB17E4">
      <w:pPr>
        <w:spacing w:after="27" w:line="240" w:lineRule="auto"/>
        <w:ind w:left="187" w:hanging="29"/>
        <w:rPr>
          <w:rFonts w:ascii="Century Gothic" w:hAnsi="Century Gothic"/>
        </w:rPr>
      </w:pPr>
      <w:r w:rsidRPr="009C30C4">
        <w:rPr>
          <w:rFonts w:ascii="Segoe UI Symbol" w:eastAsia="DejaVu Sans" w:hAnsi="Segoe UI Symbol" w:cs="Segoe UI Symbol"/>
          <w:b/>
          <w:color w:val="B45309"/>
          <w:sz w:val="17"/>
        </w:rPr>
        <w:t>☐</w:t>
      </w:r>
      <w:r w:rsidRPr="009C30C4">
        <w:rPr>
          <w:rFonts w:ascii="Century Gothic" w:eastAsia="DejaVu Sans" w:hAnsi="Century Gothic"/>
          <w:b/>
          <w:color w:val="303844"/>
          <w:sz w:val="17"/>
        </w:rPr>
        <w:t xml:space="preserve">  </w:t>
      </w:r>
      <w:r w:rsidRPr="009C30C4">
        <w:rPr>
          <w:rFonts w:ascii="Century Gothic" w:eastAsia="Calibri" w:hAnsi="Century Gothic"/>
          <w:color w:val="303844"/>
          <w:sz w:val="17"/>
        </w:rPr>
        <w:t>di non essere stato/a destituito/a, dispensato/a, licenziato/a o dichiarato/a decaduto/a da un impi</w:t>
      </w:r>
      <w:r w:rsidRPr="009C30C4">
        <w:rPr>
          <w:rFonts w:ascii="Century Gothic" w:eastAsia="Calibri" w:hAnsi="Century Gothic"/>
          <w:color w:val="303844"/>
          <w:sz w:val="17"/>
        </w:rPr>
        <w:t>ego presso una Pubblica Amministrazione per una delle cause ostative previste dalla normativa;</w:t>
      </w:r>
    </w:p>
    <w:p w14:paraId="04F42D5C" w14:textId="77777777" w:rsidR="002744A4" w:rsidRPr="009C30C4" w:rsidRDefault="00FB17E4">
      <w:pPr>
        <w:spacing w:after="27" w:line="240" w:lineRule="auto"/>
        <w:ind w:left="187" w:hanging="29"/>
        <w:rPr>
          <w:rFonts w:ascii="Century Gothic" w:hAnsi="Century Gothic"/>
        </w:rPr>
      </w:pPr>
      <w:r w:rsidRPr="009C30C4">
        <w:rPr>
          <w:rFonts w:ascii="Segoe UI Symbol" w:eastAsia="DejaVu Sans" w:hAnsi="Segoe UI Symbol" w:cs="Segoe UI Symbol"/>
          <w:b/>
          <w:color w:val="B45309"/>
          <w:sz w:val="17"/>
        </w:rPr>
        <w:t>☐</w:t>
      </w:r>
      <w:r w:rsidRPr="009C30C4">
        <w:rPr>
          <w:rFonts w:ascii="Century Gothic" w:eastAsia="DejaVu Sans" w:hAnsi="Century Gothic"/>
          <w:b/>
          <w:color w:val="303844"/>
          <w:sz w:val="17"/>
        </w:rPr>
        <w:t xml:space="preserve">  </w:t>
      </w:r>
      <w:r w:rsidRPr="009C30C4">
        <w:rPr>
          <w:rFonts w:ascii="Century Gothic" w:eastAsia="Calibri" w:hAnsi="Century Gothic"/>
          <w:color w:val="303844"/>
          <w:sz w:val="17"/>
        </w:rPr>
        <w:t>di non essere temporaneamente inabilitato/a o interdetto/a, di non essere collocato/a a riposo in applicazione di disposizioni transitorie o speciali e di non</w:t>
      </w:r>
      <w:r w:rsidRPr="009C30C4">
        <w:rPr>
          <w:rFonts w:ascii="Century Gothic" w:eastAsia="Calibri" w:hAnsi="Century Gothic"/>
          <w:color w:val="303844"/>
          <w:sz w:val="17"/>
        </w:rPr>
        <w:t xml:space="preserve"> trovarsi nelle condizioni ostative di cui al D.lgs. n. 235/2012;</w:t>
      </w:r>
    </w:p>
    <w:p w14:paraId="267CC304" w14:textId="77777777" w:rsidR="002744A4" w:rsidRPr="009C30C4" w:rsidRDefault="00FB17E4">
      <w:pPr>
        <w:spacing w:after="27" w:line="240" w:lineRule="auto"/>
        <w:ind w:left="187" w:hanging="29"/>
        <w:rPr>
          <w:rFonts w:ascii="Century Gothic" w:hAnsi="Century Gothic"/>
        </w:rPr>
      </w:pPr>
      <w:r w:rsidRPr="009C30C4">
        <w:rPr>
          <w:rFonts w:ascii="Segoe UI Symbol" w:eastAsia="DejaVu Sans" w:hAnsi="Segoe UI Symbol" w:cs="Segoe UI Symbol"/>
          <w:b/>
          <w:color w:val="B45309"/>
          <w:sz w:val="17"/>
        </w:rPr>
        <w:t>☐</w:t>
      </w:r>
      <w:r w:rsidRPr="009C30C4">
        <w:rPr>
          <w:rFonts w:ascii="Century Gothic" w:eastAsia="DejaVu Sans" w:hAnsi="Century Gothic"/>
          <w:b/>
          <w:color w:val="303844"/>
          <w:sz w:val="17"/>
        </w:rPr>
        <w:t xml:space="preserve">  </w:t>
      </w:r>
      <w:r w:rsidRPr="009C30C4">
        <w:rPr>
          <w:rFonts w:ascii="Century Gothic" w:eastAsia="Calibri" w:hAnsi="Century Gothic"/>
          <w:color w:val="303844"/>
          <w:sz w:val="17"/>
        </w:rPr>
        <w:t>di non essere incorso/a nella sospensione disciplinare dal servizio e di non essere destinatario/a di provvedimenti di sospensione cautelare;</w:t>
      </w:r>
    </w:p>
    <w:p w14:paraId="1B524AD2" w14:textId="77777777" w:rsidR="002744A4" w:rsidRPr="009C30C4" w:rsidRDefault="00FB17E4">
      <w:pPr>
        <w:spacing w:after="27" w:line="240" w:lineRule="auto"/>
        <w:ind w:left="187" w:hanging="29"/>
        <w:rPr>
          <w:rFonts w:ascii="Century Gothic" w:hAnsi="Century Gothic"/>
        </w:rPr>
      </w:pPr>
      <w:r w:rsidRPr="009C30C4">
        <w:rPr>
          <w:rFonts w:ascii="Segoe UI Symbol" w:eastAsia="DejaVu Sans" w:hAnsi="Segoe UI Symbol" w:cs="Segoe UI Symbol"/>
          <w:b/>
          <w:color w:val="B45309"/>
          <w:sz w:val="17"/>
        </w:rPr>
        <w:t>☐</w:t>
      </w:r>
      <w:r w:rsidRPr="009C30C4">
        <w:rPr>
          <w:rFonts w:ascii="Century Gothic" w:eastAsia="DejaVu Sans" w:hAnsi="Century Gothic"/>
          <w:b/>
          <w:color w:val="303844"/>
          <w:sz w:val="17"/>
        </w:rPr>
        <w:t xml:space="preserve">  </w:t>
      </w:r>
      <w:r w:rsidRPr="009C30C4">
        <w:rPr>
          <w:rFonts w:ascii="Century Gothic" w:eastAsia="Calibri" w:hAnsi="Century Gothic"/>
          <w:color w:val="303844"/>
          <w:sz w:val="17"/>
        </w:rPr>
        <w:t xml:space="preserve">di non avere procedimenti penali pendenti </w:t>
      </w:r>
      <w:r w:rsidRPr="009C30C4">
        <w:rPr>
          <w:rFonts w:ascii="Century Gothic" w:eastAsia="Calibri" w:hAnsi="Century Gothic"/>
          <w:color w:val="303844"/>
          <w:sz w:val="17"/>
        </w:rPr>
        <w:t>in Italia o all’estero; oppure, di avere i seguenti procedimenti pendenti: ________________________________________________;</w:t>
      </w:r>
    </w:p>
    <w:p w14:paraId="3F0D1003" w14:textId="77777777" w:rsidR="002744A4" w:rsidRPr="009C30C4" w:rsidRDefault="00FB17E4">
      <w:pPr>
        <w:spacing w:after="27" w:line="240" w:lineRule="auto"/>
        <w:ind w:left="187" w:hanging="29"/>
        <w:rPr>
          <w:rFonts w:ascii="Century Gothic" w:hAnsi="Century Gothic"/>
        </w:rPr>
      </w:pPr>
      <w:r w:rsidRPr="009C30C4">
        <w:rPr>
          <w:rFonts w:ascii="Segoe UI Symbol" w:eastAsia="DejaVu Sans" w:hAnsi="Segoe UI Symbol" w:cs="Segoe UI Symbol"/>
          <w:b/>
          <w:color w:val="B45309"/>
          <w:sz w:val="17"/>
        </w:rPr>
        <w:t>☐</w:t>
      </w:r>
      <w:r w:rsidRPr="009C30C4">
        <w:rPr>
          <w:rFonts w:ascii="Century Gothic" w:eastAsia="DejaVu Sans" w:hAnsi="Century Gothic"/>
          <w:b/>
          <w:color w:val="303844"/>
          <w:sz w:val="17"/>
        </w:rPr>
        <w:t xml:space="preserve">  </w:t>
      </w:r>
      <w:r w:rsidRPr="009C30C4">
        <w:rPr>
          <w:rFonts w:ascii="Century Gothic" w:eastAsia="Calibri" w:hAnsi="Century Gothic"/>
          <w:color w:val="303844"/>
          <w:sz w:val="17"/>
        </w:rPr>
        <w:t>di non avere riportato condanne penali in Italia o all’estero; oppure, di avere riportato le seguenti condanne: ________________</w:t>
      </w:r>
      <w:r w:rsidRPr="009C30C4">
        <w:rPr>
          <w:rFonts w:ascii="Century Gothic" w:eastAsia="Calibri" w:hAnsi="Century Gothic"/>
          <w:color w:val="303844"/>
          <w:sz w:val="17"/>
        </w:rPr>
        <w:t>____________________________________________;</w:t>
      </w:r>
    </w:p>
    <w:p w14:paraId="732C25FE" w14:textId="77777777" w:rsidR="002744A4" w:rsidRPr="009C30C4" w:rsidRDefault="00FB17E4">
      <w:pPr>
        <w:spacing w:after="27" w:line="240" w:lineRule="auto"/>
        <w:ind w:left="187" w:hanging="29"/>
        <w:rPr>
          <w:rFonts w:ascii="Century Gothic" w:hAnsi="Century Gothic"/>
        </w:rPr>
      </w:pPr>
      <w:r w:rsidRPr="009C30C4">
        <w:rPr>
          <w:rFonts w:ascii="Segoe UI Symbol" w:eastAsia="DejaVu Sans" w:hAnsi="Segoe UI Symbol" w:cs="Segoe UI Symbol"/>
          <w:b/>
          <w:color w:val="B45309"/>
          <w:sz w:val="17"/>
        </w:rPr>
        <w:t>☐</w:t>
      </w:r>
      <w:r w:rsidRPr="009C30C4">
        <w:rPr>
          <w:rFonts w:ascii="Century Gothic" w:eastAsia="DejaVu Sans" w:hAnsi="Century Gothic"/>
          <w:b/>
          <w:color w:val="303844"/>
          <w:sz w:val="17"/>
        </w:rPr>
        <w:t xml:space="preserve">  </w:t>
      </w:r>
      <w:r w:rsidRPr="009C30C4">
        <w:rPr>
          <w:rFonts w:ascii="Century Gothic" w:eastAsia="Calibri" w:hAnsi="Century Gothic"/>
          <w:color w:val="303844"/>
          <w:sz w:val="17"/>
        </w:rPr>
        <w:t>di essere consapevole dell’ammissione alla procedura con riserva di verifica dei requisiti e della possibile esclusione, con provvedimento motivato, in caso di carenza dei requisiti previsti dall’O.M. n. 27/</w:t>
      </w:r>
      <w:r w:rsidRPr="009C30C4">
        <w:rPr>
          <w:rFonts w:ascii="Century Gothic" w:eastAsia="Calibri" w:hAnsi="Century Gothic"/>
          <w:color w:val="303844"/>
          <w:sz w:val="17"/>
        </w:rPr>
        <w:t>2026;</w:t>
      </w:r>
    </w:p>
    <w:p w14:paraId="7FBA787B" w14:textId="77777777" w:rsidR="002744A4" w:rsidRPr="009C30C4" w:rsidRDefault="00FB17E4">
      <w:pPr>
        <w:spacing w:after="27" w:line="240" w:lineRule="auto"/>
        <w:ind w:left="187" w:hanging="29"/>
        <w:rPr>
          <w:rFonts w:ascii="Century Gothic" w:hAnsi="Century Gothic"/>
        </w:rPr>
      </w:pPr>
      <w:r w:rsidRPr="009C30C4">
        <w:rPr>
          <w:rFonts w:ascii="Segoe UI Symbol" w:eastAsia="DejaVu Sans" w:hAnsi="Segoe UI Symbol" w:cs="Segoe UI Symbol"/>
          <w:b/>
          <w:color w:val="B45309"/>
          <w:sz w:val="17"/>
        </w:rPr>
        <w:t>☐</w:t>
      </w:r>
      <w:r w:rsidRPr="009C30C4">
        <w:rPr>
          <w:rFonts w:ascii="Century Gothic" w:eastAsia="DejaVu Sans" w:hAnsi="Century Gothic"/>
          <w:b/>
          <w:color w:val="303844"/>
          <w:sz w:val="17"/>
        </w:rPr>
        <w:t xml:space="preserve">  </w:t>
      </w:r>
      <w:r w:rsidRPr="009C30C4">
        <w:rPr>
          <w:rFonts w:ascii="Century Gothic" w:eastAsia="Calibri" w:hAnsi="Century Gothic"/>
          <w:color w:val="303844"/>
          <w:sz w:val="17"/>
        </w:rPr>
        <w:t>di essere consapevole delle responsabilità e delle sanzioni previste dall’art. 76 del D.P.R. n. 445/2000 in caso di dichiarazioni mendaci;</w:t>
      </w:r>
    </w:p>
    <w:p w14:paraId="2FAD0696" w14:textId="77777777" w:rsidR="002744A4" w:rsidRPr="009C30C4" w:rsidRDefault="00FB17E4">
      <w:pPr>
        <w:spacing w:after="27" w:line="240" w:lineRule="auto"/>
        <w:ind w:left="187" w:hanging="29"/>
        <w:rPr>
          <w:rFonts w:ascii="Century Gothic" w:hAnsi="Century Gothic"/>
        </w:rPr>
      </w:pPr>
      <w:r w:rsidRPr="009C30C4">
        <w:rPr>
          <w:rFonts w:ascii="Segoe UI Symbol" w:hAnsi="Segoe UI Symbol" w:cs="Segoe UI Symbol"/>
          <w:b/>
          <w:color w:val="B45309"/>
          <w:sz w:val="17"/>
        </w:rPr>
        <w:t>☐</w:t>
      </w:r>
      <w:r w:rsidRPr="009C30C4">
        <w:rPr>
          <w:rFonts w:ascii="Century Gothic" w:hAnsi="Century Gothic"/>
          <w:b/>
          <w:color w:val="B45309"/>
          <w:sz w:val="17"/>
        </w:rPr>
        <w:t xml:space="preserve">  </w:t>
      </w:r>
      <w:r w:rsidRPr="009C30C4">
        <w:rPr>
          <w:rFonts w:ascii="Century Gothic" w:hAnsi="Century Gothic"/>
          <w:color w:val="303844"/>
          <w:sz w:val="17"/>
        </w:rPr>
        <w:t xml:space="preserve">di aver preso visione dell’informativa sul trattamento dei dati personali pubblicata su </w:t>
      </w:r>
      <w:r w:rsidRPr="009C30C4">
        <w:rPr>
          <w:rFonts w:ascii="Century Gothic" w:hAnsi="Century Gothic"/>
          <w:color w:val="303844"/>
          <w:sz w:val="17"/>
          <w:u w:val="single"/>
        </w:rPr>
        <w:t>https://ic-cadora</w:t>
      </w:r>
      <w:r w:rsidRPr="009C30C4">
        <w:rPr>
          <w:rFonts w:ascii="Century Gothic" w:hAnsi="Century Gothic"/>
          <w:color w:val="303844"/>
          <w:sz w:val="17"/>
          <w:u w:val="single"/>
        </w:rPr>
        <w:t>go.edu.it/privacy-policy/</w:t>
      </w:r>
      <w:r w:rsidRPr="009C30C4">
        <w:rPr>
          <w:rFonts w:ascii="Century Gothic" w:hAnsi="Century Gothic"/>
          <w:color w:val="303844"/>
          <w:sz w:val="17"/>
        </w:rPr>
        <w:t>;</w:t>
      </w:r>
    </w:p>
    <w:p w14:paraId="1BE284BB" w14:textId="77777777" w:rsidR="002744A4" w:rsidRPr="009C30C4" w:rsidRDefault="00FB17E4">
      <w:pPr>
        <w:spacing w:after="27" w:line="240" w:lineRule="auto"/>
        <w:ind w:left="187" w:hanging="29"/>
        <w:rPr>
          <w:rFonts w:ascii="Century Gothic" w:hAnsi="Century Gothic"/>
        </w:rPr>
      </w:pPr>
      <w:r w:rsidRPr="009C30C4">
        <w:rPr>
          <w:rFonts w:ascii="Segoe UI Symbol" w:eastAsia="DejaVu Sans" w:hAnsi="Segoe UI Symbol" w:cs="Segoe UI Symbol"/>
          <w:b/>
          <w:color w:val="B45309"/>
          <w:sz w:val="17"/>
        </w:rPr>
        <w:t>☐</w:t>
      </w:r>
      <w:r w:rsidRPr="009C30C4">
        <w:rPr>
          <w:rFonts w:ascii="Century Gothic" w:eastAsia="DejaVu Sans" w:hAnsi="Century Gothic"/>
          <w:b/>
          <w:color w:val="303844"/>
          <w:sz w:val="17"/>
        </w:rPr>
        <w:t xml:space="preserve">  </w:t>
      </w:r>
      <w:r w:rsidRPr="009C30C4">
        <w:rPr>
          <w:rFonts w:ascii="Century Gothic" w:eastAsia="Calibri" w:hAnsi="Century Gothic"/>
          <w:color w:val="303844"/>
          <w:sz w:val="17"/>
        </w:rPr>
        <w:t>di impegnarsi ad accettare immediatamente l’eventuale supplenza e ad assumere servizio entro l’orario comunicato, comunque non prima di un’ora dall’accettazione, consapevole delle sanzioni di cui all’art. 15 dell’O.M. n. 27/20</w:t>
      </w:r>
      <w:r w:rsidRPr="009C30C4">
        <w:rPr>
          <w:rFonts w:ascii="Century Gothic" w:eastAsia="Calibri" w:hAnsi="Century Gothic"/>
          <w:color w:val="303844"/>
          <w:sz w:val="17"/>
        </w:rPr>
        <w:t>26.</w:t>
      </w:r>
    </w:p>
    <w:p w14:paraId="5C0AC469" w14:textId="77777777" w:rsidR="002744A4" w:rsidRPr="009C30C4" w:rsidRDefault="00FB17E4">
      <w:pPr>
        <w:pStyle w:val="SectionHeading"/>
        <w:keepNext/>
        <w:shd w:val="clear" w:color="auto" w:fill="B45309"/>
        <w:ind w:left="120" w:right="120"/>
        <w:rPr>
          <w:rFonts w:ascii="Century Gothic" w:hAnsi="Century Gothic"/>
        </w:rPr>
      </w:pPr>
      <w:r w:rsidRPr="009C30C4">
        <w:rPr>
          <w:rFonts w:ascii="Century Gothic" w:eastAsia="Calibri" w:hAnsi="Century Gothic"/>
        </w:rPr>
        <w:t>6. ALLEGATI, COMUNICAZIONI E FIRMA</w:t>
      </w:r>
    </w:p>
    <w:tbl>
      <w:tblPr>
        <w:tblW w:w="998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4990"/>
        <w:gridCol w:w="4990"/>
      </w:tblGrid>
      <w:tr w:rsidR="002744A4" w:rsidRPr="009C30C4" w14:paraId="47EBD4E6" w14:textId="77777777">
        <w:trPr>
          <w:cantSplit/>
        </w:trPr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  <w:shd w:val="clear" w:color="auto" w:fill="FFF7ED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41DDF1E" w14:textId="77777777" w:rsidR="002744A4" w:rsidRPr="009C30C4" w:rsidRDefault="00FB17E4">
            <w:pPr>
              <w:spacing w:after="0" w:line="240" w:lineRule="auto"/>
              <w:rPr>
                <w:rFonts w:ascii="Century Gothic" w:hAnsi="Century Gothic"/>
              </w:rPr>
            </w:pPr>
            <w:r w:rsidRPr="009C30C4">
              <w:rPr>
                <w:rFonts w:ascii="Segoe UI Symbol" w:eastAsia="Calibri" w:hAnsi="Segoe UI Symbol" w:cs="Segoe UI Symbol"/>
                <w:b/>
                <w:color w:val="B45309"/>
                <w:sz w:val="18"/>
              </w:rPr>
              <w:t>☐</w:t>
            </w:r>
            <w:r w:rsidRPr="009C30C4">
              <w:rPr>
                <w:rFonts w:ascii="Century Gothic" w:eastAsia="Calibri" w:hAnsi="Century Gothic"/>
                <w:b/>
                <w:color w:val="B45309"/>
                <w:sz w:val="18"/>
              </w:rPr>
              <w:t xml:space="preserve">  Curriculum professionale sottoscritto</w:t>
            </w:r>
          </w:p>
        </w:tc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  <w:shd w:val="clear" w:color="auto" w:fill="FFF7ED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90535C0" w14:textId="77777777" w:rsidR="002744A4" w:rsidRPr="009C30C4" w:rsidRDefault="00FB17E4">
            <w:pPr>
              <w:spacing w:after="0" w:line="240" w:lineRule="auto"/>
              <w:rPr>
                <w:rFonts w:ascii="Century Gothic" w:hAnsi="Century Gothic"/>
              </w:rPr>
            </w:pPr>
            <w:r w:rsidRPr="009C30C4">
              <w:rPr>
                <w:rFonts w:ascii="Segoe UI Symbol" w:eastAsia="Calibri" w:hAnsi="Segoe UI Symbol" w:cs="Segoe UI Symbol"/>
                <w:b/>
                <w:color w:val="B45309"/>
                <w:sz w:val="18"/>
              </w:rPr>
              <w:t>☐</w:t>
            </w:r>
            <w:r w:rsidRPr="009C30C4">
              <w:rPr>
                <w:rFonts w:ascii="Century Gothic" w:eastAsia="Calibri" w:hAnsi="Century Gothic"/>
                <w:b/>
                <w:color w:val="B45309"/>
                <w:sz w:val="18"/>
              </w:rPr>
              <w:t xml:space="preserve">  Copia del documento di identità</w:t>
            </w:r>
          </w:p>
        </w:tc>
      </w:tr>
    </w:tbl>
    <w:p w14:paraId="3D5366B4" w14:textId="77777777" w:rsidR="002744A4" w:rsidRPr="009C30C4" w:rsidRDefault="00FB17E4">
      <w:pPr>
        <w:spacing w:before="80"/>
        <w:rPr>
          <w:rFonts w:ascii="Century Gothic" w:hAnsi="Century Gothic"/>
        </w:rPr>
      </w:pPr>
      <w:r w:rsidRPr="009C30C4">
        <w:rPr>
          <w:rFonts w:ascii="Century Gothic" w:eastAsia="Calibri" w:hAnsi="Century Gothic"/>
          <w:b/>
          <w:sz w:val="18"/>
        </w:rPr>
        <w:t xml:space="preserve">Chiede che le comunicazioni siano inviate all’e-mail e al numero di telefono: </w:t>
      </w:r>
      <w:r w:rsidRPr="009C30C4">
        <w:rPr>
          <w:rFonts w:ascii="Century Gothic" w:eastAsia="Calibri" w:hAnsi="Century Gothic"/>
          <w:sz w:val="18"/>
        </w:rPr>
        <w:t>____________________________________________________________</w:t>
      </w:r>
    </w:p>
    <w:tbl>
      <w:tblPr>
        <w:tblW w:w="998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4990"/>
        <w:gridCol w:w="4990"/>
      </w:tblGrid>
      <w:tr w:rsidR="002744A4" w:rsidRPr="009C30C4" w14:paraId="3BA02D6A" w14:textId="77777777">
        <w:trPr>
          <w:cantSplit/>
        </w:trPr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397D77D" w14:textId="77777777" w:rsidR="002744A4" w:rsidRPr="009C30C4" w:rsidRDefault="00FB17E4">
            <w:pPr>
              <w:spacing w:after="0" w:line="240" w:lineRule="auto"/>
              <w:rPr>
                <w:rFonts w:ascii="Century Gothic" w:hAnsi="Century Gothic"/>
              </w:rPr>
            </w:pPr>
            <w:r w:rsidRPr="009C30C4">
              <w:rPr>
                <w:rFonts w:ascii="Century Gothic" w:eastAsia="Calibri" w:hAnsi="Century Gothic"/>
                <w:b/>
                <w:color w:val="6B7280"/>
                <w:sz w:val="17"/>
              </w:rPr>
              <w:t>LUOGO E DATA</w:t>
            </w:r>
          </w:p>
        </w:tc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332B6EB" w14:textId="77777777" w:rsidR="002744A4" w:rsidRPr="009C30C4" w:rsidRDefault="00FB17E4">
            <w:pPr>
              <w:spacing w:after="0" w:line="240" w:lineRule="auto"/>
              <w:rPr>
                <w:rFonts w:ascii="Century Gothic" w:hAnsi="Century Gothic"/>
              </w:rPr>
            </w:pPr>
            <w:r w:rsidRPr="009C30C4">
              <w:rPr>
                <w:rFonts w:ascii="Century Gothic" w:eastAsia="Calibri" w:hAnsi="Century Gothic"/>
                <w:b/>
                <w:color w:val="6B7280"/>
                <w:sz w:val="17"/>
              </w:rPr>
              <w:t>FIRMA DELL’ASPIRANTE</w:t>
            </w:r>
          </w:p>
        </w:tc>
      </w:tr>
      <w:tr w:rsidR="002744A4" w:rsidRPr="009C30C4" w14:paraId="478AD2CA" w14:textId="77777777">
        <w:trPr>
          <w:cantSplit/>
        </w:trPr>
        <w:tc>
          <w:tcPr>
            <w:tcW w:w="4990" w:type="dxa"/>
            <w:tcBorders>
              <w:top w:val="nil"/>
              <w:left w:val="nil"/>
              <w:bottom w:val="single" w:sz="6" w:space="0" w:color="AEB8C2"/>
              <w:right w:val="nil"/>
            </w:tcBorders>
            <w:tcMar>
              <w:top w:w="150" w:type="dxa"/>
              <w:left w:w="110" w:type="dxa"/>
              <w:bottom w:w="70" w:type="dxa"/>
              <w:right w:w="110" w:type="dxa"/>
            </w:tcMar>
            <w:vAlign w:val="center"/>
          </w:tcPr>
          <w:p w14:paraId="0AFAFF65" w14:textId="77777777" w:rsidR="002744A4" w:rsidRPr="009C30C4" w:rsidRDefault="00FB17E4">
            <w:pPr>
              <w:spacing w:after="0" w:line="240" w:lineRule="auto"/>
              <w:rPr>
                <w:rFonts w:ascii="Century Gothic" w:hAnsi="Century Gothic"/>
              </w:rPr>
            </w:pPr>
            <w:r w:rsidRPr="009C30C4">
              <w:rPr>
                <w:rFonts w:ascii="Century Gothic" w:eastAsia="Calibri" w:hAnsi="Century Gothic"/>
              </w:rPr>
              <w:t>________________________________________</w:t>
            </w:r>
          </w:p>
        </w:tc>
        <w:tc>
          <w:tcPr>
            <w:tcW w:w="4990" w:type="dxa"/>
            <w:tcBorders>
              <w:top w:val="nil"/>
              <w:left w:val="nil"/>
              <w:bottom w:val="single" w:sz="6" w:space="0" w:color="AEB8C2"/>
              <w:right w:val="nil"/>
            </w:tcBorders>
            <w:tcMar>
              <w:top w:w="150" w:type="dxa"/>
              <w:left w:w="110" w:type="dxa"/>
              <w:bottom w:w="70" w:type="dxa"/>
              <w:right w:w="110" w:type="dxa"/>
            </w:tcMar>
            <w:vAlign w:val="center"/>
          </w:tcPr>
          <w:p w14:paraId="5A248EE5" w14:textId="77777777" w:rsidR="002744A4" w:rsidRPr="009C30C4" w:rsidRDefault="00FB17E4">
            <w:pPr>
              <w:spacing w:after="0" w:line="240" w:lineRule="auto"/>
              <w:rPr>
                <w:rFonts w:ascii="Century Gothic" w:hAnsi="Century Gothic"/>
              </w:rPr>
            </w:pPr>
            <w:r w:rsidRPr="009C30C4">
              <w:rPr>
                <w:rFonts w:ascii="Century Gothic" w:eastAsia="Calibri" w:hAnsi="Century Gothic"/>
              </w:rPr>
              <w:t>________________________________________</w:t>
            </w:r>
          </w:p>
        </w:tc>
      </w:tr>
      <w:tr w:rsidR="002744A4" w:rsidRPr="009C30C4" w14:paraId="29EF80D0" w14:textId="77777777">
        <w:trPr>
          <w:cantSplit/>
        </w:trPr>
        <w:tc>
          <w:tcPr>
            <w:tcW w:w="4990" w:type="dxa"/>
            <w:tcBorders>
              <w:top w:val="nil"/>
              <w:left w:val="single" w:sz="22" w:space="0" w:color="B45309"/>
              <w:bottom w:val="nil"/>
              <w:right w:val="nil"/>
            </w:tcBorders>
            <w:shd w:val="clear" w:color="auto" w:fill="FFF1E6"/>
            <w:tcMar>
              <w:top w:w="130" w:type="dxa"/>
              <w:left w:w="180" w:type="dxa"/>
              <w:bottom w:w="130" w:type="dxa"/>
              <w:right w:w="150" w:type="dxa"/>
            </w:tcMar>
            <w:vAlign w:val="center"/>
          </w:tcPr>
          <w:p w14:paraId="33C562EE" w14:textId="77777777" w:rsidR="002744A4" w:rsidRPr="009C30C4" w:rsidRDefault="00FB17E4">
            <w:pPr>
              <w:spacing w:after="0" w:line="252" w:lineRule="auto"/>
              <w:rPr>
                <w:rFonts w:ascii="Century Gothic" w:hAnsi="Century Gothic"/>
              </w:rPr>
            </w:pPr>
            <w:r w:rsidRPr="009C30C4">
              <w:rPr>
                <w:rFonts w:ascii="Century Gothic" w:eastAsia="Calibri" w:hAnsi="Century Gothic"/>
                <w:b/>
                <w:color w:val="B45309"/>
                <w:sz w:val="17"/>
              </w:rPr>
              <w:t>OGGETTO CONSIGLIATO DELL’E-MAIL:</w:t>
            </w:r>
          </w:p>
        </w:tc>
        <w:tc>
          <w:tcPr>
            <w:tcW w:w="4990" w:type="dxa"/>
            <w:tcBorders>
              <w:top w:val="nil"/>
              <w:left w:val="single" w:sz="22" w:space="0" w:color="B45309"/>
              <w:bottom w:val="nil"/>
              <w:right w:val="nil"/>
            </w:tcBorders>
            <w:shd w:val="clear" w:color="auto" w:fill="FFF1E6"/>
            <w:tcMar>
              <w:top w:w="130" w:type="dxa"/>
              <w:left w:w="180" w:type="dxa"/>
              <w:bottom w:w="130" w:type="dxa"/>
              <w:right w:w="150" w:type="dxa"/>
            </w:tcMar>
            <w:vAlign w:val="center"/>
          </w:tcPr>
          <w:p w14:paraId="36710C3E" w14:textId="77777777" w:rsidR="002744A4" w:rsidRPr="009C30C4" w:rsidRDefault="00FB17E4">
            <w:pPr>
              <w:spacing w:after="0" w:line="252" w:lineRule="auto"/>
              <w:rPr>
                <w:rFonts w:ascii="Century Gothic" w:hAnsi="Century Gothic"/>
              </w:rPr>
            </w:pPr>
            <w:r w:rsidRPr="009C30C4">
              <w:rPr>
                <w:rFonts w:ascii="Century Gothic" w:eastAsia="Calibri" w:hAnsi="Century Gothic"/>
                <w:color w:val="B45309"/>
                <w:sz w:val="17"/>
              </w:rPr>
              <w:t>Risposta interpello prot. n. ________ – COGNOME NOME</w:t>
            </w:r>
          </w:p>
        </w:tc>
      </w:tr>
    </w:tbl>
    <w:p w14:paraId="642D80AE" w14:textId="77777777" w:rsidR="00E01159" w:rsidRPr="009C30C4" w:rsidRDefault="00E01159">
      <w:pPr>
        <w:rPr>
          <w:rFonts w:ascii="Century Gothic" w:hAnsi="Century Gothic"/>
        </w:rPr>
      </w:pPr>
    </w:p>
    <w:sectPr w:rsidR="00E01159" w:rsidRPr="009C30C4" w:rsidSect="00034616">
      <w:headerReference w:type="default" r:id="rId8"/>
      <w:footerReference w:type="default" r:id="rId9"/>
      <w:pgSz w:w="11906" w:h="16838"/>
      <w:pgMar w:top="765" w:right="964" w:bottom="794" w:left="964" w:header="351" w:footer="36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60AC1E" w14:textId="77777777" w:rsidR="00FB17E4" w:rsidRDefault="00FB17E4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0B6B2EA8" w14:textId="77777777" w:rsidR="00FB17E4" w:rsidRDefault="00FB17E4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iberation Sans">
    <w:altName w:val="Arial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DejaVu Sans">
    <w:altName w:val="Verdan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B6DE2D" w14:textId="77777777" w:rsidR="002744A4" w:rsidRPr="00FA6700" w:rsidRDefault="00FB17E4">
    <w:pPr>
      <w:pStyle w:val="Pidipagina"/>
      <w:jc w:val="right"/>
      <w:rPr>
        <w:rFonts w:ascii="Century Gothic" w:hAnsi="Century Gothic"/>
        <w:sz w:val="16"/>
        <w:szCs w:val="16"/>
      </w:rPr>
    </w:pPr>
    <w:proofErr w:type="spellStart"/>
    <w:r w:rsidRPr="00FA6700">
      <w:rPr>
        <w:rFonts w:ascii="Century Gothic" w:hAnsi="Century Gothic"/>
        <w:color w:val="6B7280"/>
        <w:sz w:val="16"/>
        <w:szCs w:val="16"/>
      </w:rPr>
      <w:t>Allegato</w:t>
    </w:r>
    <w:proofErr w:type="spellEnd"/>
    <w:r w:rsidRPr="00FA6700">
      <w:rPr>
        <w:rFonts w:ascii="Century Gothic" w:hAnsi="Century Gothic"/>
        <w:color w:val="6B7280"/>
        <w:sz w:val="16"/>
        <w:szCs w:val="16"/>
      </w:rPr>
      <w:t xml:space="preserve"> </w:t>
    </w:r>
    <w:proofErr w:type="spellStart"/>
    <w:r w:rsidRPr="00FA6700">
      <w:rPr>
        <w:rFonts w:ascii="Century Gothic" w:hAnsi="Century Gothic"/>
        <w:color w:val="6B7280"/>
        <w:sz w:val="16"/>
        <w:szCs w:val="16"/>
      </w:rPr>
      <w:t>all’interpello</w:t>
    </w:r>
    <w:proofErr w:type="spellEnd"/>
    <w:r w:rsidRPr="00FA6700">
      <w:rPr>
        <w:rFonts w:ascii="Century Gothic" w:hAnsi="Century Gothic"/>
        <w:color w:val="6B7280"/>
        <w:sz w:val="16"/>
        <w:szCs w:val="16"/>
      </w:rPr>
      <w:t xml:space="preserve"> – </w:t>
    </w:r>
    <w:proofErr w:type="spellStart"/>
    <w:r w:rsidRPr="00FA6700">
      <w:rPr>
        <w:rFonts w:ascii="Century Gothic" w:hAnsi="Century Gothic"/>
        <w:color w:val="6B7280"/>
        <w:sz w:val="16"/>
        <w:szCs w:val="16"/>
      </w:rPr>
      <w:t>a.s.</w:t>
    </w:r>
    <w:proofErr w:type="spellEnd"/>
    <w:r w:rsidRPr="00FA6700">
      <w:rPr>
        <w:rFonts w:ascii="Century Gothic" w:hAnsi="Century Gothic"/>
        <w:color w:val="6B7280"/>
        <w:sz w:val="16"/>
        <w:szCs w:val="16"/>
      </w:rPr>
      <w:t xml:space="preserve"> 2026/27   |   </w:t>
    </w:r>
    <w:proofErr w:type="spellStart"/>
    <w:r w:rsidRPr="00FA6700">
      <w:rPr>
        <w:rFonts w:ascii="Century Gothic" w:hAnsi="Century Gothic"/>
        <w:color w:val="6B7280"/>
        <w:sz w:val="16"/>
        <w:szCs w:val="16"/>
      </w:rPr>
      <w:t>Pagina</w:t>
    </w:r>
    <w:proofErr w:type="spellEnd"/>
    <w:r w:rsidRPr="00FA6700">
      <w:rPr>
        <w:rFonts w:ascii="Century Gothic" w:hAnsi="Century Gothic"/>
        <w:color w:val="6B7280"/>
        <w:sz w:val="16"/>
        <w:szCs w:val="16"/>
      </w:rPr>
      <w:t xml:space="preserve"> </w:t>
    </w:r>
    <w:r w:rsidRPr="00FA6700">
      <w:rPr>
        <w:rFonts w:ascii="Century Gothic" w:hAnsi="Century Gothic"/>
        <w:sz w:val="16"/>
        <w:szCs w:val="16"/>
      </w:rPr>
      <w:fldChar w:fldCharType="begin"/>
    </w:r>
    <w:r w:rsidRPr="00FA6700">
      <w:rPr>
        <w:rFonts w:ascii="Century Gothic" w:hAnsi="Century Gothic"/>
        <w:sz w:val="16"/>
        <w:szCs w:val="16"/>
      </w:rPr>
      <w:instrText xml:space="preserve"> PAGE </w:instrText>
    </w:r>
    <w:r w:rsidRPr="00FA6700">
      <w:rPr>
        <w:rFonts w:ascii="Century Gothic" w:hAnsi="Century Gothic"/>
        <w:sz w:val="16"/>
        <w:szCs w:val="16"/>
      </w:rPr>
      <w:fldChar w:fldCharType="separate"/>
    </w:r>
    <w:r w:rsidRPr="00FA6700">
      <w:rPr>
        <w:rFonts w:ascii="Century Gothic" w:hAnsi="Century Gothic"/>
        <w:sz w:val="16"/>
        <w:szCs w:val="16"/>
      </w:rPr>
      <w:t>1</w:t>
    </w:r>
    <w:r w:rsidRPr="00FA6700">
      <w:rPr>
        <w:rFonts w:ascii="Century Gothic" w:hAnsi="Century Gothic"/>
        <w:sz w:val="16"/>
        <w:szCs w:val="16"/>
      </w:rPr>
      <w:fldChar w:fldCharType="end"/>
    </w:r>
    <w:r w:rsidRPr="00FA6700">
      <w:rPr>
        <w:rFonts w:ascii="Century Gothic" w:hAnsi="Century Gothic"/>
        <w:color w:val="6B7280"/>
        <w:sz w:val="16"/>
        <w:szCs w:val="16"/>
      </w:rPr>
      <w:t xml:space="preserve"> di </w:t>
    </w:r>
    <w:r w:rsidRPr="00FA6700">
      <w:rPr>
        <w:rFonts w:ascii="Century Gothic" w:hAnsi="Century Gothic"/>
        <w:sz w:val="16"/>
        <w:szCs w:val="16"/>
      </w:rPr>
      <w:fldChar w:fldCharType="begin"/>
    </w:r>
    <w:r w:rsidRPr="00FA6700">
      <w:rPr>
        <w:rFonts w:ascii="Century Gothic" w:hAnsi="Century Gothic"/>
        <w:sz w:val="16"/>
        <w:szCs w:val="16"/>
      </w:rPr>
      <w:instrText xml:space="preserve"> NUMPAGES </w:instrText>
    </w:r>
    <w:r w:rsidRPr="00FA6700">
      <w:rPr>
        <w:rFonts w:ascii="Century Gothic" w:hAnsi="Century Gothic"/>
        <w:sz w:val="16"/>
        <w:szCs w:val="16"/>
      </w:rPr>
      <w:fldChar w:fldCharType="separate"/>
    </w:r>
    <w:r w:rsidRPr="00FA6700">
      <w:rPr>
        <w:rFonts w:ascii="Century Gothic" w:hAnsi="Century Gothic"/>
        <w:sz w:val="16"/>
        <w:szCs w:val="16"/>
      </w:rPr>
      <w:t>1</w:t>
    </w:r>
    <w:r w:rsidRPr="00FA6700">
      <w:rPr>
        <w:rFonts w:ascii="Century Gothic" w:hAnsi="Century Gothic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89C594" w14:textId="77777777" w:rsidR="00FB17E4" w:rsidRDefault="00FB17E4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2D0B06E2" w14:textId="77777777" w:rsidR="00FB17E4" w:rsidRDefault="00FB17E4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92DC62" w14:textId="42505620" w:rsidR="002744A4" w:rsidRPr="009C30C4" w:rsidRDefault="00FB17E4">
    <w:pPr>
      <w:pStyle w:val="Intestazione"/>
      <w:pBdr>
        <w:bottom w:val="single" w:sz="7" w:space="3" w:color="FED7AA"/>
      </w:pBdr>
      <w:rPr>
        <w:rFonts w:ascii="Century Gothic" w:hAnsi="Century Gothic"/>
      </w:rPr>
    </w:pPr>
    <w:r w:rsidRPr="009C30C4">
      <w:rPr>
        <w:rFonts w:ascii="Century Gothic" w:hAnsi="Century Gothic"/>
        <w:b/>
        <w:color w:val="B45309"/>
        <w:sz w:val="16"/>
      </w:rPr>
      <w:t xml:space="preserve">ISTITUTO COMPRENSIVO DI CADORAGO </w:t>
    </w:r>
    <w:r w:rsidRPr="009C30C4">
      <w:rPr>
        <w:rFonts w:ascii="Century Gothic" w:hAnsi="Century Gothic"/>
        <w:b/>
        <w:color w:val="6B7280"/>
        <w:sz w:val="16"/>
      </w:rPr>
      <w:t>•   COIC83000B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744A4"/>
    <w:rsid w:val="0029639D"/>
    <w:rsid w:val="00326F90"/>
    <w:rsid w:val="00380272"/>
    <w:rsid w:val="005A41B9"/>
    <w:rsid w:val="005E333A"/>
    <w:rsid w:val="009C30C4"/>
    <w:rsid w:val="00AA1D8D"/>
    <w:rsid w:val="00AB225B"/>
    <w:rsid w:val="00B21714"/>
    <w:rsid w:val="00B47730"/>
    <w:rsid w:val="00C527F1"/>
    <w:rsid w:val="00CB0664"/>
    <w:rsid w:val="00D73983"/>
    <w:rsid w:val="00E01159"/>
    <w:rsid w:val="00FA6700"/>
    <w:rsid w:val="00FB17E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F3AA599"/>
  <w14:defaultImageDpi w14:val="300"/>
  <w15:docId w15:val="{F32E901A-45DC-403D-9FAB-0EB7F9164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80" w:line="259" w:lineRule="auto"/>
    </w:pPr>
    <w:rPr>
      <w:rFonts w:ascii="Liberation Sans" w:hAnsi="Liberation Sans"/>
      <w:color w:val="1E2329"/>
      <w:sz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/>
      <w:b/>
      <w:bCs/>
      <w:color w:val="E36C0A"/>
      <w:sz w:val="32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/>
      <w:b/>
      <w:bCs/>
      <w:color w:val="E36C0A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/>
      <w:b/>
      <w:bCs/>
      <w:color w:val="B45309"/>
      <w:sz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  <w:rPr>
      <w:rFonts w:ascii="Liberation Sans" w:hAnsi="Liberation Sans"/>
    </w:rPr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  <w:rPr>
      <w:rFonts w:ascii="Liberation Sans" w:hAnsi="Liberation Sans"/>
    </w:rPr>
  </w:style>
  <w:style w:type="paragraph" w:styleId="Nessunaspaziatura">
    <w:name w:val="No Spacing"/>
    <w:uiPriority w:val="1"/>
    <w:qFormat/>
    <w:rsid w:val="00FC693F"/>
    <w:pPr>
      <w:spacing w:after="0" w:line="240" w:lineRule="auto"/>
    </w:pPr>
    <w:rPr>
      <w:rFonts w:ascii="Liberation Sans" w:hAnsi="Liberation Sans"/>
    </w:r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  <w:rPr>
      <w:rFonts w:ascii="Liberation Sans" w:hAnsi="Liberation Sans"/>
    </w:rPr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  <w:rPr>
      <w:rFonts w:ascii="Liberation Sans" w:hAnsi="Liberation Sans"/>
    </w:rPr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rFonts w:ascii="Liberation Sans" w:hAnsi="Liberation Sans"/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Liberation Sans" w:hAnsi="Liberation Sans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rFonts w:ascii="Liberation Sans" w:hAnsi="Liberation Sans"/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rFonts w:ascii="Liberation Sans" w:hAnsi="Liberation Sans"/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rFonts w:ascii="Liberation Sans" w:hAnsi="Liberation Sans"/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rFonts w:ascii="Liberation Sans" w:hAnsi="Liberation Sans"/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rFonts w:ascii="Liberation Sans" w:hAnsi="Liberation Sans"/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rFonts w:ascii="Liberation Sans" w:hAnsi="Liberation Sans"/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rFonts w:ascii="Liberation Sans" w:hAnsi="Liberation Sans"/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rFonts w:ascii="Liberation Sans" w:hAnsi="Liberation Sans"/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rFonts w:ascii="Liberation Sans" w:hAnsi="Liberation Sans"/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  <w:rPr>
      <w:rFonts w:ascii="Liberation Sans" w:hAnsi="Liberation Sans"/>
    </w:r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rPr>
      <w:rFonts w:ascii="Liberation Sans" w:hAnsi="Liberation San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rFonts w:ascii="Liberation Sans" w:hAnsi="Liberation Sans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rFonts w:ascii="Liberation Sans" w:hAnsi="Liberation Sans"/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rFonts w:ascii="Liberation Sans" w:hAnsi="Liberation Sans"/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rFonts w:ascii="Liberation Sans" w:hAnsi="Liberation Sans"/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rFonts w:ascii="Liberation Sans" w:hAnsi="Liberation Sans"/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rFonts w:ascii="Liberation Sans" w:hAnsi="Liberation Sans"/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rFonts w:ascii="Liberation Sans" w:hAnsi="Liberation Sans"/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rPr>
      <w:rFonts w:ascii="Liberation Sans" w:hAnsi="Liberation Sans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rPr>
      <w:rFonts w:ascii="Liberation Sans" w:hAnsi="Liberation Sans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rPr>
      <w:rFonts w:ascii="Liberation Sans" w:hAnsi="Liberation Sans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rPr>
      <w:rFonts w:ascii="Liberation Sans" w:hAnsi="Liberation Sans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rPr>
      <w:rFonts w:ascii="Liberation Sans" w:hAnsi="Liberation Sans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rPr>
      <w:rFonts w:ascii="Liberation Sans" w:hAnsi="Liberation Sans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rPr>
      <w:rFonts w:ascii="Liberation Sans" w:hAnsi="Liberation Sans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rPr>
      <w:rFonts w:ascii="Liberation Sans" w:hAnsi="Liberation Sans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rPr>
      <w:rFonts w:ascii="Liberation Sans" w:hAnsi="Liberation Sans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rPr>
      <w:rFonts w:ascii="Liberation Sans" w:hAnsi="Liberation Sans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rPr>
      <w:rFonts w:ascii="Liberation Sans" w:hAnsi="Liberation Sans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rPr>
      <w:rFonts w:ascii="Liberation Sans" w:hAnsi="Liberation Sans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rPr>
      <w:rFonts w:ascii="Liberation Sans" w:hAnsi="Liberation Sans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rPr>
      <w:rFonts w:ascii="Liberation Sans" w:hAnsi="Liberation Sans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rPr>
      <w:rFonts w:ascii="Liberation Sans" w:hAnsi="Liberation Sans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rPr>
      <w:rFonts w:ascii="Liberation Sans" w:hAnsi="Liberation Sans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rPr>
      <w:rFonts w:ascii="Liberation Sans" w:hAnsi="Liberation Sans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rPr>
      <w:rFonts w:ascii="Liberation Sans" w:hAnsi="Liberation Sans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rPr>
      <w:rFonts w:ascii="Liberation Sans" w:hAnsi="Liberation Sans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rPr>
      <w:rFonts w:ascii="Liberation Sans" w:hAnsi="Liberation Sans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rPr>
      <w:rFonts w:ascii="Liberation Sans" w:hAnsi="Liberation Sans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rPr>
      <w:rFonts w:ascii="Liberation Sans" w:hAnsi="Liberation San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rPr>
      <w:rFonts w:ascii="Liberation Sans" w:hAnsi="Liberation San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rPr>
      <w:rFonts w:ascii="Liberation Sans" w:hAnsi="Liberation San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rPr>
      <w:rFonts w:ascii="Liberation Sans" w:hAnsi="Liberation San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rPr>
      <w:rFonts w:ascii="Liberation Sans" w:hAnsi="Liberation San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rPr>
      <w:rFonts w:ascii="Liberation Sans" w:hAnsi="Liberation San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rPr>
      <w:rFonts w:ascii="Liberation Sans" w:hAnsi="Liberation San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rFonts w:ascii="Liberation Sans" w:hAnsi="Liberation Sans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rFonts w:ascii="Liberation Sans" w:hAnsi="Liberation Sans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rFonts w:ascii="Liberation Sans" w:hAnsi="Liberation Sans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rFonts w:ascii="Liberation Sans" w:hAnsi="Liberation Sans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rFonts w:ascii="Liberation Sans" w:hAnsi="Liberation Sans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rFonts w:ascii="Liberation Sans" w:hAnsi="Liberation Sans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rFonts w:ascii="Liberation Sans" w:hAnsi="Liberation Sans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rPr>
      <w:rFonts w:ascii="Liberation Sans" w:hAnsi="Liberation Sans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rPr>
      <w:rFonts w:ascii="Liberation Sans" w:hAnsi="Liberation Sans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rPr>
      <w:rFonts w:ascii="Liberation Sans" w:hAnsi="Liberation Sans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rPr>
      <w:rFonts w:ascii="Liberation Sans" w:hAnsi="Liberation Sans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rPr>
      <w:rFonts w:ascii="Liberation Sans" w:hAnsi="Liberation Sans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rPr>
      <w:rFonts w:ascii="Liberation Sans" w:hAnsi="Liberation Sans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rPr>
      <w:rFonts w:ascii="Liberation Sans" w:hAnsi="Liberation Sans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rPr>
      <w:rFonts w:ascii="Liberation Sans" w:hAnsi="Liberation San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rPr>
      <w:rFonts w:ascii="Liberation Sans" w:hAnsi="Liberation San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rPr>
      <w:rFonts w:ascii="Liberation Sans" w:hAnsi="Liberation San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rPr>
      <w:rFonts w:ascii="Liberation Sans" w:hAnsi="Liberation San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rPr>
      <w:rFonts w:ascii="Liberation Sans" w:hAnsi="Liberation San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rPr>
      <w:rFonts w:ascii="Liberation Sans" w:hAnsi="Liberation San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rPr>
      <w:rFonts w:ascii="Liberation Sans" w:hAnsi="Liberation San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rFonts w:ascii="Liberation Sans" w:hAnsi="Liberation Sans"/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rFonts w:ascii="Liberation Sans" w:hAnsi="Liberation Sans"/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rFonts w:ascii="Liberation Sans" w:hAnsi="Liberation Sans"/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rFonts w:ascii="Liberation Sans" w:hAnsi="Liberation Sans"/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rFonts w:ascii="Liberation Sans" w:hAnsi="Liberation Sans"/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rFonts w:ascii="Liberation Sans" w:hAnsi="Liberation Sans"/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rFonts w:ascii="Liberation Sans" w:hAnsi="Liberation Sans"/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rFonts w:ascii="Liberation Sans" w:hAnsi="Liberation Sans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rFonts w:ascii="Liberation Sans" w:hAnsi="Liberation Sans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rFonts w:ascii="Liberation Sans" w:hAnsi="Liberation Sans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rFonts w:ascii="Liberation Sans" w:hAnsi="Liberation Sans"/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rFonts w:ascii="Liberation Sans" w:hAnsi="Liberation Sans"/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rFonts w:ascii="Liberation Sans" w:hAnsi="Liberation Sans"/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rFonts w:ascii="Liberation Sans" w:hAnsi="Liberation Sans"/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rFonts w:ascii="Liberation Sans" w:hAnsi="Liberation Sans"/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rFonts w:ascii="Liberation Sans" w:hAnsi="Liberation Sans"/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rFonts w:ascii="Liberation Sans" w:hAnsi="Liberation Sans"/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rFonts w:ascii="Liberation Sans" w:hAnsi="Liberation Sans"/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rFonts w:ascii="Liberation Sans" w:hAnsi="Liberation Sans"/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rFonts w:ascii="Liberation Sans" w:hAnsi="Liberation Sans"/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rFonts w:ascii="Liberation Sans" w:hAnsi="Liberation Sans"/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rFonts w:ascii="Liberation Sans" w:hAnsi="Liberation Sans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rFonts w:ascii="Liberation Sans" w:hAnsi="Liberation Sans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rFonts w:ascii="Liberation Sans" w:hAnsi="Liberation Sans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rFonts w:ascii="Liberation Sans" w:hAnsi="Liberation Sans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rFonts w:ascii="Liberation Sans" w:hAnsi="Liberation Sans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rFonts w:ascii="Liberation Sans" w:hAnsi="Liberation Sans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rFonts w:ascii="Liberation Sans" w:hAnsi="Liberation Sans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ectionHeading">
    <w:name w:val="Section Heading"/>
    <w:pPr>
      <w:spacing w:before="140" w:after="100" w:line="240" w:lineRule="auto"/>
    </w:pPr>
    <w:rPr>
      <w:rFonts w:ascii="Liberation Sans" w:hAnsi="Liberation Sans"/>
      <w:b/>
      <w:color w:val="FFFFFF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849</Words>
  <Characters>4845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5683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di riscontro agli interpelli – IC Cadorago</dc:title>
  <dc:subject>Domanda di supplenza fuori graduatoria di istituto – a.s. 2026/2027</dc:subject>
  <dc:creator>Istituto Comprensivo di Cadorago</dc:creator>
  <cp:keywords>interpello, supplenza, Cadorago, infanzia, primaria, secondaria di I grado</cp:keywords>
  <dc:description>generated by python-docx</dc:description>
  <cp:lastModifiedBy>Utente04</cp:lastModifiedBy>
  <cp:revision>2</cp:revision>
  <dcterms:created xsi:type="dcterms:W3CDTF">2026-09-16T13:44:00Z</dcterms:created>
  <dcterms:modified xsi:type="dcterms:W3CDTF">2026-09-16T13:44:00Z</dcterms:modified>
  <cp:category/>
</cp:coreProperties>
</file>